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D4B3" w14:textId="77777777" w:rsidR="008A59FD" w:rsidRPr="00064559" w:rsidRDefault="008A59FD" w:rsidP="008A59FD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4BC9C30" w14:textId="77777777" w:rsidR="008A59FD" w:rsidRDefault="008A59FD" w:rsidP="008A59FD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C0AA04" w14:textId="77777777" w:rsidR="008A59FD" w:rsidRPr="000D17D6" w:rsidRDefault="008A59FD" w:rsidP="008A59FD">
      <w:pPr>
        <w:rPr>
          <w:rFonts w:asciiTheme="minorHAnsi" w:eastAsiaTheme="minorHAnsi" w:hAnsiTheme="minorHAnsi" w:cstheme="minorHAnsi"/>
          <w:b/>
        </w:rPr>
      </w:pPr>
      <w:r w:rsidRPr="000D17D6">
        <w:rPr>
          <w:rFonts w:asciiTheme="minorHAnsi" w:eastAsiaTheme="minorHAnsi" w:hAnsiTheme="minorHAnsi" w:cstheme="minorHAnsi"/>
          <w:noProof/>
          <w:sz w:val="22"/>
          <w:lang w:eastAsia="hr-HR"/>
        </w:rPr>
        <w:drawing>
          <wp:anchor distT="0" distB="0" distL="114300" distR="114300" simplePos="0" relativeHeight="251659264" behindDoc="1" locked="0" layoutInCell="1" allowOverlap="1" wp14:anchorId="18066DF7" wp14:editId="49B56A48">
            <wp:simplePos x="0" y="0"/>
            <wp:positionH relativeFrom="column">
              <wp:posOffset>28707</wp:posOffset>
            </wp:positionH>
            <wp:positionV relativeFrom="paragraph">
              <wp:posOffset>-551664</wp:posOffset>
            </wp:positionV>
            <wp:extent cx="2881815" cy="593678"/>
            <wp:effectExtent l="0" t="0" r="0" b="0"/>
            <wp:wrapNone/>
            <wp:docPr id="2" name="Picture 2" descr="Z:\DCK OSJEČKO-BARANJSKE ŽUPANIJE\LOGO DCK OBŽ 2019\LOGO DCK OBŽ RAV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CK OSJEČKO-BARANJSKE ŽUPANIJE\LOGO DCK OBŽ 2019\LOGO DCK OBŽ RAVN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15" cy="5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7D6">
        <w:rPr>
          <w:rFonts w:asciiTheme="minorHAnsi" w:eastAsiaTheme="minorHAnsi" w:hAnsiTheme="minorHAnsi" w:cstheme="minorHAnsi"/>
          <w:b/>
          <w:noProof/>
          <w:sz w:val="22"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BB25EB" wp14:editId="59AA9970">
                <wp:simplePos x="0" y="0"/>
                <wp:positionH relativeFrom="leftMargin">
                  <wp:posOffset>219871</wp:posOffset>
                </wp:positionH>
                <wp:positionV relativeFrom="paragraph">
                  <wp:posOffset>191040</wp:posOffset>
                </wp:positionV>
                <wp:extent cx="646386" cy="8213835"/>
                <wp:effectExtent l="0" t="0" r="0" b="0"/>
                <wp:wrapNone/>
                <wp:docPr id="11" name="Tekstni okvi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86" cy="821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2B25F8" w14:textId="77777777" w:rsidR="008A59FD" w:rsidRPr="00E60997" w:rsidRDefault="008A59FD" w:rsidP="008A59FD">
                            <w:pPr>
                              <w:jc w:val="center"/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humanost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nepristranost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neutralnost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neovisnost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dobrovoljnost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jedinstvo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univerzalnost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B25EB" id="_x0000_t202" coordsize="21600,21600" o:spt="202" path="m,l,21600r21600,l21600,xe">
                <v:stroke joinstyle="miter"/>
                <v:path gradientshapeok="t" o:connecttype="rect"/>
              </v:shapetype>
              <v:shape id="Tekstni okvir 11" o:spid="_x0000_s1026" type="#_x0000_t202" style="position:absolute;margin-left:17.3pt;margin-top:15.05pt;width:50.9pt;height:646.75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" filled="f" stroked="f" strokeweight=".5pt">
                <v:textbox style="layout-flow:vertical;mso-layout-flow-alt:bottom-to-top">
                  <w:txbxContent>
                    <w:p w14:paraId="242B25F8" w14:textId="77777777" w:rsidR="008A59FD" w:rsidRPr="00E60997" w:rsidRDefault="008A59FD" w:rsidP="008A59FD">
                      <w:pPr>
                        <w:jc w:val="center"/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humanost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nepristranost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neutralnost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neovisnost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dobrovoljnost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jedinstvo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univerzalnost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7275A" w14:textId="77777777" w:rsidR="008A59FD" w:rsidRPr="000D17D6" w:rsidRDefault="008A59FD" w:rsidP="008A59FD">
      <w:pPr>
        <w:rPr>
          <w:rFonts w:eastAsiaTheme="minorHAnsi" w:cs="Times New Roman"/>
          <w:b/>
        </w:rPr>
      </w:pPr>
      <w:proofErr w:type="spellStart"/>
      <w:r>
        <w:rPr>
          <w:rFonts w:eastAsiaTheme="minorHAnsi" w:cs="Times New Roman"/>
        </w:rPr>
        <w:t>Europska</w:t>
      </w:r>
      <w:proofErr w:type="spellEnd"/>
      <w:r>
        <w:rPr>
          <w:rFonts w:eastAsiaTheme="minorHAnsi" w:cs="Times New Roman"/>
        </w:rPr>
        <w:t xml:space="preserve"> </w:t>
      </w:r>
      <w:proofErr w:type="spellStart"/>
      <w:r>
        <w:rPr>
          <w:rFonts w:eastAsiaTheme="minorHAnsi" w:cs="Times New Roman"/>
        </w:rPr>
        <w:t>avenija</w:t>
      </w:r>
      <w:proofErr w:type="spellEnd"/>
      <w:r>
        <w:rPr>
          <w:rFonts w:eastAsiaTheme="minorHAnsi" w:cs="Times New Roman"/>
        </w:rPr>
        <w:t xml:space="preserve"> 10 </w:t>
      </w:r>
    </w:p>
    <w:p w14:paraId="68BDA7F8" w14:textId="77777777" w:rsidR="008A59FD" w:rsidRDefault="008A59FD" w:rsidP="008A59FD">
      <w:pPr>
        <w:rPr>
          <w:rFonts w:eastAsiaTheme="minorHAnsi" w:cs="Times New Roman"/>
        </w:rPr>
      </w:pPr>
      <w:proofErr w:type="gramStart"/>
      <w:r w:rsidRPr="000D17D6">
        <w:rPr>
          <w:rFonts w:eastAsiaTheme="minorHAnsi" w:cs="Times New Roman"/>
        </w:rPr>
        <w:t>31000  Osijek</w:t>
      </w:r>
      <w:proofErr w:type="gramEnd"/>
    </w:p>
    <w:p w14:paraId="4EE1D419" w14:textId="77777777" w:rsidR="009B04F7" w:rsidRPr="00E51607" w:rsidRDefault="009B04F7" w:rsidP="009B04F7">
      <w:proofErr w:type="spellStart"/>
      <w:r w:rsidRPr="00E51607">
        <w:t>Klasa</w:t>
      </w:r>
      <w:proofErr w:type="spellEnd"/>
      <w:r w:rsidRPr="00E51607">
        <w:t>: 230-08/26-26/4</w:t>
      </w:r>
    </w:p>
    <w:p w14:paraId="4892985A" w14:textId="77777777" w:rsidR="009B04F7" w:rsidRPr="00E51607" w:rsidRDefault="009B04F7" w:rsidP="00524C04">
      <w:proofErr w:type="spellStart"/>
      <w:r w:rsidRPr="00E51607">
        <w:t>Urbroj</w:t>
      </w:r>
      <w:proofErr w:type="spellEnd"/>
      <w:r w:rsidRPr="00E51607">
        <w:t>: 2158-1-1-02/26-</w:t>
      </w:r>
      <w:r w:rsidR="00811C19">
        <w:t>9</w:t>
      </w:r>
    </w:p>
    <w:p w14:paraId="3AEB834C" w14:textId="77777777" w:rsidR="009B04F7" w:rsidRPr="00E51607" w:rsidRDefault="009B04F7" w:rsidP="000358B0">
      <w:pPr>
        <w:pStyle w:val="Bezproreda"/>
        <w:rPr>
          <w:rFonts w:ascii="Times New Roman" w:hAnsi="Times New Roman"/>
          <w:sz w:val="24"/>
          <w:szCs w:val="24"/>
        </w:rPr>
      </w:pPr>
    </w:p>
    <w:p w14:paraId="7818C2D6" w14:textId="77777777" w:rsidR="005A7756" w:rsidRPr="00E51607" w:rsidRDefault="00A701EB">
      <w:pPr>
        <w:jc w:val="center"/>
      </w:pPr>
      <w:r w:rsidRPr="00E51607">
        <w:rPr>
          <w:b/>
          <w:sz w:val="28"/>
        </w:rPr>
        <w:t>SAVJETOVANJE S JAVNOŠĆU</w:t>
      </w:r>
    </w:p>
    <w:p w14:paraId="68F78FD7" w14:textId="77777777" w:rsidR="005A7756" w:rsidRPr="00E51607" w:rsidRDefault="00A701EB">
      <w:pPr>
        <w:spacing w:after="240"/>
        <w:jc w:val="center"/>
      </w:pPr>
      <w:r w:rsidRPr="00E51607">
        <w:rPr>
          <w:b/>
        </w:rPr>
        <w:t>O NACRTU</w:t>
      </w:r>
      <w:r w:rsidR="00065296" w:rsidRPr="00E51607">
        <w:rPr>
          <w:b/>
        </w:rPr>
        <w:t xml:space="preserve"> PRAVILA ZAŠTITE OSOBNIH PODATAKA I PRIVATNOSTI HRVATSKOG CRVENOG KRIŽA DRUŠTVA CRVENOG KRIŽA OSJEČKO-BARANJSKE ŽUPANIJE</w:t>
      </w:r>
    </w:p>
    <w:p w14:paraId="7C560DEF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JAVNI POZIV ZAINTERESIRANOJ JAVNOSTI</w:t>
      </w:r>
    </w:p>
    <w:p w14:paraId="0C617A12" w14:textId="77777777" w:rsidR="00CE37F1" w:rsidRPr="00E51607" w:rsidRDefault="00A701EB" w:rsidP="00281152">
      <w:pPr>
        <w:jc w:val="both"/>
      </w:pPr>
      <w:r w:rsidRPr="00E51607">
        <w:t xml:space="preserve">Hrvatski Crveni križ </w:t>
      </w:r>
      <w:r w:rsidR="00635B99" w:rsidRPr="00E51607">
        <w:t>D</w:t>
      </w:r>
      <w:r w:rsidRPr="00E51607">
        <w:t>ruštvo Crvenog križa Os</w:t>
      </w:r>
      <w:r w:rsidR="00635B99" w:rsidRPr="00E51607">
        <w:t>ječko-baranjske županije</w:t>
      </w:r>
      <w:r w:rsidRPr="00E51607">
        <w:t xml:space="preserve"> </w:t>
      </w:r>
      <w:proofErr w:type="spellStart"/>
      <w:r w:rsidRPr="00E51607">
        <w:t>objavljuje</w:t>
      </w:r>
      <w:proofErr w:type="spellEnd"/>
      <w:r w:rsidRPr="00E51607">
        <w:t xml:space="preserve"> </w:t>
      </w:r>
      <w:proofErr w:type="spellStart"/>
      <w:r w:rsidRPr="00E51607">
        <w:t>savjetovanje</w:t>
      </w:r>
      <w:proofErr w:type="spellEnd"/>
      <w:r w:rsidRPr="00E51607">
        <w:t xml:space="preserve"> s </w:t>
      </w:r>
      <w:proofErr w:type="spellStart"/>
      <w:r w:rsidRPr="00E51607">
        <w:t>javnošću</w:t>
      </w:r>
      <w:proofErr w:type="spellEnd"/>
      <w:r w:rsidRPr="00E51607">
        <w:t xml:space="preserve"> o </w:t>
      </w:r>
      <w:proofErr w:type="spellStart"/>
      <w:r w:rsidRPr="00E51607">
        <w:t>Nacrtu</w:t>
      </w:r>
      <w:proofErr w:type="spellEnd"/>
      <w:r w:rsidRPr="00E51607">
        <w:t xml:space="preserve"> </w:t>
      </w:r>
      <w:proofErr w:type="spellStart"/>
      <w:r w:rsidR="00CE37F1" w:rsidRPr="00E51607">
        <w:t>Pravila</w:t>
      </w:r>
      <w:proofErr w:type="spellEnd"/>
      <w:r w:rsidR="00CE37F1" w:rsidRPr="00E51607">
        <w:t xml:space="preserve"> </w:t>
      </w:r>
      <w:proofErr w:type="spellStart"/>
      <w:r w:rsidR="00CE37F1" w:rsidRPr="00E51607">
        <w:t>zaštite</w:t>
      </w:r>
      <w:proofErr w:type="spellEnd"/>
      <w:r w:rsidR="00CE37F1" w:rsidRPr="00E51607">
        <w:t xml:space="preserve"> </w:t>
      </w:r>
      <w:proofErr w:type="spellStart"/>
      <w:r w:rsidR="00CE37F1" w:rsidRPr="00E51607">
        <w:t>osobnih</w:t>
      </w:r>
      <w:proofErr w:type="spellEnd"/>
      <w:r w:rsidR="00CE37F1" w:rsidRPr="00E51607">
        <w:t xml:space="preserve"> </w:t>
      </w:r>
      <w:proofErr w:type="spellStart"/>
      <w:r w:rsidR="00CE37F1" w:rsidRPr="00E51607">
        <w:t>podataka</w:t>
      </w:r>
      <w:proofErr w:type="spellEnd"/>
      <w:r w:rsidR="00CE37F1" w:rsidRPr="00E51607">
        <w:t xml:space="preserve"> i </w:t>
      </w:r>
      <w:proofErr w:type="spellStart"/>
      <w:r w:rsidR="00CE37F1" w:rsidRPr="00E51607">
        <w:t>privatnosti</w:t>
      </w:r>
      <w:proofErr w:type="spellEnd"/>
      <w:r w:rsidR="00CE37F1" w:rsidRPr="00E51607">
        <w:t xml:space="preserve"> </w:t>
      </w:r>
      <w:proofErr w:type="spellStart"/>
      <w:r w:rsidR="00CE37F1" w:rsidRPr="00E51607">
        <w:t>Hrvatskog</w:t>
      </w:r>
      <w:proofErr w:type="spellEnd"/>
      <w:r w:rsidR="00CE37F1" w:rsidRPr="00E51607">
        <w:t xml:space="preserve"> Crvenog križa </w:t>
      </w:r>
      <w:proofErr w:type="spellStart"/>
      <w:r w:rsidR="00CE37F1" w:rsidRPr="00E51607">
        <w:t>Društva</w:t>
      </w:r>
      <w:proofErr w:type="spellEnd"/>
      <w:r w:rsidR="00CE37F1" w:rsidRPr="00E51607">
        <w:t xml:space="preserve"> Crvenog križa Osječko-baranjske županije. </w:t>
      </w:r>
    </w:p>
    <w:p w14:paraId="1294BBEA" w14:textId="77777777" w:rsidR="005A7756" w:rsidRPr="00E51607" w:rsidRDefault="00A701EB" w:rsidP="00281152">
      <w:pPr>
        <w:jc w:val="both"/>
      </w:pPr>
      <w:r w:rsidRPr="00E51607">
        <w:t xml:space="preserve">Pozivaju se </w:t>
      </w:r>
      <w:proofErr w:type="spellStart"/>
      <w:r w:rsidRPr="00E51607">
        <w:t>članovi</w:t>
      </w:r>
      <w:proofErr w:type="spellEnd"/>
      <w:r w:rsidRPr="00E51607">
        <w:t xml:space="preserve">, </w:t>
      </w:r>
      <w:proofErr w:type="spellStart"/>
      <w:r w:rsidRPr="00E51607">
        <w:t>volonteri</w:t>
      </w:r>
      <w:proofErr w:type="spellEnd"/>
      <w:r w:rsidRPr="00E51607">
        <w:t xml:space="preserve">, korisnici, gospodarski subjekti, predstavnici javnopravnih </w:t>
      </w:r>
      <w:proofErr w:type="spellStart"/>
      <w:r w:rsidRPr="00E51607">
        <w:t>tijela</w:t>
      </w:r>
      <w:proofErr w:type="spellEnd"/>
      <w:r w:rsidRPr="00E51607">
        <w:t xml:space="preserve">, </w:t>
      </w:r>
      <w:proofErr w:type="spellStart"/>
      <w:r w:rsidRPr="00E51607">
        <w:t>organizacije</w:t>
      </w:r>
      <w:proofErr w:type="spellEnd"/>
      <w:r w:rsidRPr="00E51607">
        <w:t xml:space="preserve"> </w:t>
      </w:r>
      <w:proofErr w:type="spellStart"/>
      <w:r w:rsidRPr="00E51607">
        <w:t>civilnog</w:t>
      </w:r>
      <w:proofErr w:type="spellEnd"/>
      <w:r w:rsidRPr="00E51607">
        <w:t xml:space="preserve"> </w:t>
      </w:r>
      <w:proofErr w:type="spellStart"/>
      <w:r w:rsidRPr="00E51607">
        <w:t>društva</w:t>
      </w:r>
      <w:proofErr w:type="spellEnd"/>
      <w:r w:rsidRPr="00E51607">
        <w:t xml:space="preserve"> i </w:t>
      </w:r>
      <w:proofErr w:type="spellStart"/>
      <w:r w:rsidRPr="00E51607">
        <w:t>druga</w:t>
      </w:r>
      <w:proofErr w:type="spellEnd"/>
      <w:r w:rsidRPr="00E51607">
        <w:t xml:space="preserve"> </w:t>
      </w:r>
      <w:proofErr w:type="spellStart"/>
      <w:r w:rsidRPr="00E51607">
        <w:t>zainteresirana</w:t>
      </w:r>
      <w:proofErr w:type="spellEnd"/>
      <w:r w:rsidRPr="00E51607">
        <w:t xml:space="preserve"> </w:t>
      </w:r>
      <w:proofErr w:type="spellStart"/>
      <w:r w:rsidRPr="00E51607">
        <w:t>javnost</w:t>
      </w:r>
      <w:proofErr w:type="spellEnd"/>
      <w:r w:rsidRPr="00E51607">
        <w:t xml:space="preserve"> da </w:t>
      </w:r>
      <w:proofErr w:type="spellStart"/>
      <w:r w:rsidRPr="00E51607">
        <w:t>dostave</w:t>
      </w:r>
      <w:proofErr w:type="spellEnd"/>
      <w:r w:rsidRPr="00E51607">
        <w:t xml:space="preserve"> </w:t>
      </w:r>
      <w:proofErr w:type="spellStart"/>
      <w:r w:rsidRPr="00E51607">
        <w:t>svoje</w:t>
      </w:r>
      <w:proofErr w:type="spellEnd"/>
      <w:r w:rsidRPr="00E51607">
        <w:t xml:space="preserve"> </w:t>
      </w:r>
      <w:proofErr w:type="spellStart"/>
      <w:r w:rsidRPr="00E51607">
        <w:t>prijedloge</w:t>
      </w:r>
      <w:proofErr w:type="spellEnd"/>
      <w:r w:rsidRPr="00E51607">
        <w:t xml:space="preserve">, </w:t>
      </w:r>
      <w:proofErr w:type="spellStart"/>
      <w:r w:rsidRPr="00E51607">
        <w:t>primjedbe</w:t>
      </w:r>
      <w:proofErr w:type="spellEnd"/>
      <w:r w:rsidRPr="00E51607">
        <w:t xml:space="preserve"> i </w:t>
      </w:r>
      <w:proofErr w:type="spellStart"/>
      <w:r w:rsidRPr="00E51607">
        <w:t>mišljenja</w:t>
      </w:r>
      <w:proofErr w:type="spellEnd"/>
      <w:r w:rsidRPr="00E51607">
        <w:t xml:space="preserve"> na </w:t>
      </w:r>
      <w:proofErr w:type="spellStart"/>
      <w:r w:rsidRPr="00E51607">
        <w:t>objavljeni</w:t>
      </w:r>
      <w:proofErr w:type="spellEnd"/>
      <w:r w:rsidRPr="00E51607">
        <w:t xml:space="preserve"> </w:t>
      </w:r>
      <w:proofErr w:type="spellStart"/>
      <w:r w:rsidRPr="00E51607">
        <w:t>Nacrt</w:t>
      </w:r>
      <w:proofErr w:type="spellEnd"/>
      <w:r w:rsidRPr="00E51607">
        <w:t xml:space="preserve"> </w:t>
      </w:r>
      <w:proofErr w:type="spellStart"/>
      <w:r w:rsidRPr="00E51607">
        <w:t>Pravil</w:t>
      </w:r>
      <w:r w:rsidR="00CE37F1" w:rsidRPr="00E51607">
        <w:t>a</w:t>
      </w:r>
      <w:proofErr w:type="spellEnd"/>
      <w:r w:rsidRPr="00E51607">
        <w:t>.</w:t>
      </w:r>
    </w:p>
    <w:p w14:paraId="6EF9BC66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1. PREDMET SAVJETOVANJA</w:t>
      </w:r>
    </w:p>
    <w:p w14:paraId="7DBD7E53" w14:textId="77777777" w:rsidR="00222C1C" w:rsidRPr="00E51607" w:rsidRDefault="00A701EB" w:rsidP="00C8601E">
      <w:pPr>
        <w:jc w:val="both"/>
      </w:pPr>
      <w:proofErr w:type="spellStart"/>
      <w:r w:rsidRPr="00E51607">
        <w:t>Predmet</w:t>
      </w:r>
      <w:proofErr w:type="spellEnd"/>
      <w:r w:rsidRPr="00E51607">
        <w:t xml:space="preserve"> </w:t>
      </w:r>
      <w:proofErr w:type="spellStart"/>
      <w:r w:rsidRPr="00E51607">
        <w:t>savjetovanja</w:t>
      </w:r>
      <w:proofErr w:type="spellEnd"/>
      <w:r w:rsidRPr="00E51607">
        <w:t xml:space="preserve"> je </w:t>
      </w:r>
      <w:proofErr w:type="spellStart"/>
      <w:r w:rsidRPr="00E51607">
        <w:t>Nacrt</w:t>
      </w:r>
      <w:proofErr w:type="spellEnd"/>
      <w:r w:rsidRPr="00E51607">
        <w:t xml:space="preserve"> </w:t>
      </w:r>
      <w:proofErr w:type="spellStart"/>
      <w:r w:rsidR="008F5C90" w:rsidRPr="00E51607">
        <w:t>Pravila</w:t>
      </w:r>
      <w:proofErr w:type="spellEnd"/>
      <w:r w:rsidR="008F5C90" w:rsidRPr="00E51607">
        <w:t xml:space="preserve"> </w:t>
      </w:r>
      <w:proofErr w:type="spellStart"/>
      <w:r w:rsidR="008F5C90" w:rsidRPr="00E51607">
        <w:t>zaštite</w:t>
      </w:r>
      <w:proofErr w:type="spellEnd"/>
      <w:r w:rsidR="008F5C90" w:rsidRPr="00E51607">
        <w:t xml:space="preserve"> </w:t>
      </w:r>
      <w:proofErr w:type="spellStart"/>
      <w:r w:rsidR="008F5C90" w:rsidRPr="00E51607">
        <w:t>osobnih</w:t>
      </w:r>
      <w:proofErr w:type="spellEnd"/>
      <w:r w:rsidR="008F5C90" w:rsidRPr="00E51607">
        <w:t xml:space="preserve"> </w:t>
      </w:r>
      <w:proofErr w:type="spellStart"/>
      <w:r w:rsidR="008F5C90" w:rsidRPr="00E51607">
        <w:t>podataka</w:t>
      </w:r>
      <w:proofErr w:type="spellEnd"/>
      <w:r w:rsidR="008F5C90" w:rsidRPr="00E51607">
        <w:t xml:space="preserve"> i </w:t>
      </w:r>
      <w:proofErr w:type="spellStart"/>
      <w:r w:rsidR="008F5C90" w:rsidRPr="00E51607">
        <w:t>privatnosti</w:t>
      </w:r>
      <w:proofErr w:type="spellEnd"/>
      <w:r w:rsidR="008F5C90" w:rsidRPr="00E51607">
        <w:t xml:space="preserve"> </w:t>
      </w:r>
      <w:proofErr w:type="spellStart"/>
      <w:r w:rsidR="008F5C90" w:rsidRPr="00E51607">
        <w:t>Hrvatskog</w:t>
      </w:r>
      <w:proofErr w:type="spellEnd"/>
      <w:r w:rsidR="008F5C90" w:rsidRPr="00E51607">
        <w:t xml:space="preserve"> Crvenog križa </w:t>
      </w:r>
      <w:proofErr w:type="spellStart"/>
      <w:r w:rsidR="008F5C90" w:rsidRPr="00E51607">
        <w:t>Društva</w:t>
      </w:r>
      <w:proofErr w:type="spellEnd"/>
      <w:r w:rsidR="008F5C90" w:rsidRPr="00E51607">
        <w:t xml:space="preserve"> Crvenog križa Osječko-baranjske županije</w:t>
      </w:r>
      <w:r w:rsidR="003E0E22" w:rsidRPr="00E51607">
        <w:t xml:space="preserve"> </w:t>
      </w:r>
      <w:proofErr w:type="spellStart"/>
      <w:r w:rsidR="003E0E22" w:rsidRPr="00E51607">
        <w:t>kojim</w:t>
      </w:r>
      <w:proofErr w:type="spellEnd"/>
      <w:r w:rsidR="003E0E22" w:rsidRPr="00E51607">
        <w:t xml:space="preserve"> s</w:t>
      </w:r>
      <w:r w:rsidR="00222C1C" w:rsidRPr="00E51607">
        <w:t>e</w:t>
      </w:r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osigurava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odgovarajuća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razina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zaštite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osobnih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podataka</w:t>
      </w:r>
      <w:proofErr w:type="spellEnd"/>
      <w:r w:rsidR="00222C1C" w:rsidRPr="00E51607">
        <w:rPr>
          <w:szCs w:val="24"/>
        </w:rPr>
        <w:t xml:space="preserve"> i </w:t>
      </w:r>
      <w:proofErr w:type="spellStart"/>
      <w:r w:rsidR="00222C1C" w:rsidRPr="00E51607">
        <w:rPr>
          <w:szCs w:val="24"/>
        </w:rPr>
        <w:t>privatnosti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svih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sudionika</w:t>
      </w:r>
      <w:proofErr w:type="spellEnd"/>
      <w:r w:rsidR="00222C1C" w:rsidRPr="00E51607">
        <w:rPr>
          <w:szCs w:val="24"/>
        </w:rPr>
        <w:t xml:space="preserve"> u </w:t>
      </w:r>
      <w:proofErr w:type="spellStart"/>
      <w:r w:rsidR="00222C1C" w:rsidRPr="00E51607">
        <w:rPr>
          <w:szCs w:val="24"/>
        </w:rPr>
        <w:t>poslovnim</w:t>
      </w:r>
      <w:proofErr w:type="spellEnd"/>
      <w:r w:rsidR="00222C1C" w:rsidRPr="00E51607">
        <w:rPr>
          <w:szCs w:val="24"/>
        </w:rPr>
        <w:t xml:space="preserve"> i </w:t>
      </w:r>
      <w:proofErr w:type="spellStart"/>
      <w:r w:rsidR="00222C1C" w:rsidRPr="00E51607">
        <w:rPr>
          <w:szCs w:val="24"/>
        </w:rPr>
        <w:t>programskim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procesima</w:t>
      </w:r>
      <w:proofErr w:type="spellEnd"/>
      <w:r w:rsidR="00222C1C" w:rsidRPr="00E51607">
        <w:rPr>
          <w:szCs w:val="24"/>
        </w:rPr>
        <w:t xml:space="preserve"> HCK DCK Osječko-baranjske županije: </w:t>
      </w:r>
      <w:proofErr w:type="spellStart"/>
      <w:r w:rsidR="00222C1C" w:rsidRPr="00E51607">
        <w:rPr>
          <w:szCs w:val="24"/>
        </w:rPr>
        <w:t>zaposlenika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članova</w:t>
      </w:r>
      <w:proofErr w:type="spellEnd"/>
      <w:r w:rsidR="00222C1C" w:rsidRPr="00E51607">
        <w:rPr>
          <w:szCs w:val="24"/>
        </w:rPr>
        <w:t xml:space="preserve"> Skupštine i </w:t>
      </w:r>
      <w:proofErr w:type="spellStart"/>
      <w:r w:rsidR="00222C1C" w:rsidRPr="00E51607">
        <w:rPr>
          <w:szCs w:val="24"/>
        </w:rPr>
        <w:t>tijela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upravljanja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volontera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članova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korisnika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usluga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sudionika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projekata</w:t>
      </w:r>
      <w:proofErr w:type="spellEnd"/>
      <w:r w:rsidR="00222C1C" w:rsidRPr="00E51607">
        <w:rPr>
          <w:szCs w:val="24"/>
        </w:rPr>
        <w:t xml:space="preserve">, </w:t>
      </w:r>
      <w:proofErr w:type="spellStart"/>
      <w:r w:rsidR="00222C1C" w:rsidRPr="00E51607">
        <w:rPr>
          <w:szCs w:val="24"/>
        </w:rPr>
        <w:t>polaznika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edukacija</w:t>
      </w:r>
      <w:proofErr w:type="spellEnd"/>
      <w:r w:rsidR="00222C1C" w:rsidRPr="00E51607">
        <w:rPr>
          <w:szCs w:val="24"/>
        </w:rPr>
        <w:t xml:space="preserve"> i </w:t>
      </w:r>
      <w:proofErr w:type="spellStart"/>
      <w:r w:rsidR="00222C1C" w:rsidRPr="00E51607">
        <w:rPr>
          <w:szCs w:val="24"/>
        </w:rPr>
        <w:t>ostalih</w:t>
      </w:r>
      <w:proofErr w:type="spellEnd"/>
      <w:r w:rsidR="00222C1C" w:rsidRPr="00E51607">
        <w:rPr>
          <w:szCs w:val="24"/>
        </w:rPr>
        <w:t xml:space="preserve"> </w:t>
      </w:r>
      <w:proofErr w:type="spellStart"/>
      <w:r w:rsidR="00222C1C" w:rsidRPr="00E51607">
        <w:rPr>
          <w:szCs w:val="24"/>
        </w:rPr>
        <w:t>osoba</w:t>
      </w:r>
      <w:proofErr w:type="spellEnd"/>
      <w:r w:rsidR="00222C1C" w:rsidRPr="00E51607">
        <w:rPr>
          <w:szCs w:val="24"/>
        </w:rPr>
        <w:t>.</w:t>
      </w:r>
    </w:p>
    <w:p w14:paraId="69A43E4B" w14:textId="77777777" w:rsidR="00222C1C" w:rsidRPr="00E51607" w:rsidRDefault="00222C1C" w:rsidP="00C8601E">
      <w:pPr>
        <w:jc w:val="both"/>
        <w:rPr>
          <w:szCs w:val="24"/>
        </w:rPr>
      </w:pPr>
      <w:proofErr w:type="spellStart"/>
      <w:r w:rsidRPr="00E51607">
        <w:rPr>
          <w:szCs w:val="24"/>
        </w:rPr>
        <w:t>Pravila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objašnjavaju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sve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relevantne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informacije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vezane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uz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prikupljanje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obradu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korištenje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osobnih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podataka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kao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osnovna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načela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zaštite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privatnosti</w:t>
      </w:r>
      <w:proofErr w:type="spellEnd"/>
      <w:r w:rsidRPr="00E51607">
        <w:rPr>
          <w:szCs w:val="24"/>
        </w:rPr>
        <w:t xml:space="preserve"> u </w:t>
      </w:r>
      <w:proofErr w:type="spellStart"/>
      <w:r w:rsidRPr="00E51607">
        <w:rPr>
          <w:szCs w:val="24"/>
        </w:rPr>
        <w:t>skladu</w:t>
      </w:r>
      <w:proofErr w:type="spellEnd"/>
      <w:r w:rsidRPr="00E51607">
        <w:rPr>
          <w:szCs w:val="24"/>
        </w:rPr>
        <w:t xml:space="preserve"> s GDPR-om i </w:t>
      </w:r>
      <w:proofErr w:type="spellStart"/>
      <w:r w:rsidRPr="00E51607">
        <w:rPr>
          <w:szCs w:val="24"/>
        </w:rPr>
        <w:t>nacionalnim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propisima</w:t>
      </w:r>
      <w:proofErr w:type="spellEnd"/>
      <w:r w:rsidRPr="00E51607">
        <w:rPr>
          <w:szCs w:val="24"/>
        </w:rPr>
        <w:t>.</w:t>
      </w:r>
    </w:p>
    <w:p w14:paraId="5CF6C518" w14:textId="77777777" w:rsidR="005A7756" w:rsidRDefault="00222C1C" w:rsidP="00C8601E">
      <w:pPr>
        <w:jc w:val="both"/>
        <w:rPr>
          <w:szCs w:val="24"/>
        </w:rPr>
      </w:pPr>
      <w:proofErr w:type="spellStart"/>
      <w:proofErr w:type="gramStart"/>
      <w:r w:rsidRPr="00E51607">
        <w:rPr>
          <w:szCs w:val="24"/>
        </w:rPr>
        <w:t>Cilj</w:t>
      </w:r>
      <w:proofErr w:type="spellEnd"/>
      <w:r w:rsidRPr="00E51607">
        <w:rPr>
          <w:szCs w:val="24"/>
        </w:rPr>
        <w:t xml:space="preserve">  </w:t>
      </w:r>
      <w:proofErr w:type="spellStart"/>
      <w:r w:rsidRPr="00E51607">
        <w:rPr>
          <w:szCs w:val="24"/>
        </w:rPr>
        <w:t>Pravila</w:t>
      </w:r>
      <w:proofErr w:type="spellEnd"/>
      <w:proofErr w:type="gramEnd"/>
      <w:r w:rsidRPr="00E51607">
        <w:rPr>
          <w:szCs w:val="24"/>
        </w:rPr>
        <w:t xml:space="preserve"> je </w:t>
      </w:r>
      <w:proofErr w:type="spellStart"/>
      <w:r w:rsidRPr="00E51607">
        <w:rPr>
          <w:szCs w:val="24"/>
        </w:rPr>
        <w:t>pružiti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zaposlenicima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volonterima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drugim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suradnicima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jasne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smjernice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stjecanje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potrebnih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znanja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te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razumijevanje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njihovih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obveza</w:t>
      </w:r>
      <w:proofErr w:type="spellEnd"/>
      <w:r w:rsidRPr="00E51607">
        <w:rPr>
          <w:szCs w:val="24"/>
        </w:rPr>
        <w:t xml:space="preserve"> u </w:t>
      </w:r>
      <w:proofErr w:type="spellStart"/>
      <w:r w:rsidRPr="00E51607">
        <w:rPr>
          <w:szCs w:val="24"/>
        </w:rPr>
        <w:t>području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zaštite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osobnih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podataka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privatnosti</w:t>
      </w:r>
      <w:proofErr w:type="spellEnd"/>
      <w:r w:rsidRPr="00E51607">
        <w:rPr>
          <w:szCs w:val="24"/>
        </w:rPr>
        <w:t>.</w:t>
      </w:r>
      <w:r w:rsidRPr="00E51607">
        <w:rPr>
          <w:szCs w:val="24"/>
        </w:rPr>
        <w:br/>
        <w:t xml:space="preserve">HCK DCK Osječko-baranjske županije se </w:t>
      </w:r>
      <w:proofErr w:type="spellStart"/>
      <w:r w:rsidRPr="00E51607">
        <w:rPr>
          <w:szCs w:val="24"/>
        </w:rPr>
        <w:t>obvezuje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poštivati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najviši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stupanj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zaštite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podataka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usklađen</w:t>
      </w:r>
      <w:proofErr w:type="spellEnd"/>
      <w:r w:rsidRPr="00E51607">
        <w:rPr>
          <w:szCs w:val="24"/>
        </w:rPr>
        <w:t xml:space="preserve"> s </w:t>
      </w:r>
      <w:proofErr w:type="spellStart"/>
      <w:r w:rsidRPr="00E51607">
        <w:rPr>
          <w:szCs w:val="24"/>
        </w:rPr>
        <w:t>europskom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pravnom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stečevinom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propisima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Republike</w:t>
      </w:r>
      <w:proofErr w:type="spellEnd"/>
      <w:r w:rsidRPr="00E51607">
        <w:rPr>
          <w:szCs w:val="24"/>
        </w:rPr>
        <w:t xml:space="preserve"> Hrvatske </w:t>
      </w:r>
      <w:proofErr w:type="spellStart"/>
      <w:r w:rsidRPr="00E51607">
        <w:rPr>
          <w:szCs w:val="24"/>
        </w:rPr>
        <w:t>te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načelom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odgovornosti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voditelja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obrade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sukladno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vrsti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opsegu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prikupljanja</w:t>
      </w:r>
      <w:proofErr w:type="spellEnd"/>
      <w:r w:rsidRPr="00E51607">
        <w:rPr>
          <w:szCs w:val="24"/>
        </w:rPr>
        <w:t xml:space="preserve">, </w:t>
      </w:r>
      <w:proofErr w:type="spellStart"/>
      <w:r w:rsidRPr="00E51607">
        <w:rPr>
          <w:szCs w:val="24"/>
        </w:rPr>
        <w:t>obrade</w:t>
      </w:r>
      <w:proofErr w:type="spellEnd"/>
      <w:r w:rsidRPr="00E51607">
        <w:rPr>
          <w:szCs w:val="24"/>
        </w:rPr>
        <w:t xml:space="preserve"> i </w:t>
      </w:r>
      <w:proofErr w:type="spellStart"/>
      <w:r w:rsidRPr="00E51607">
        <w:rPr>
          <w:szCs w:val="24"/>
        </w:rPr>
        <w:t>čuvanja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osobnih</w:t>
      </w:r>
      <w:proofErr w:type="spellEnd"/>
      <w:r w:rsidRPr="00E51607">
        <w:rPr>
          <w:szCs w:val="24"/>
        </w:rPr>
        <w:t xml:space="preserve"> </w:t>
      </w:r>
      <w:proofErr w:type="spellStart"/>
      <w:r w:rsidRPr="00E51607">
        <w:rPr>
          <w:szCs w:val="24"/>
        </w:rPr>
        <w:t>podataka</w:t>
      </w:r>
      <w:proofErr w:type="spellEnd"/>
      <w:r w:rsidRPr="00E51607">
        <w:rPr>
          <w:szCs w:val="24"/>
        </w:rPr>
        <w:t>.</w:t>
      </w:r>
    </w:p>
    <w:p w14:paraId="01F4219C" w14:textId="77777777" w:rsidR="009E4627" w:rsidRDefault="008950D6" w:rsidP="009E4627">
      <w:pPr>
        <w:rPr>
          <w:szCs w:val="24"/>
        </w:rPr>
      </w:pPr>
      <w:r w:rsidRPr="000D17D6">
        <w:rPr>
          <w:noProof/>
        </w:rPr>
        <w:drawing>
          <wp:anchor distT="0" distB="0" distL="114300" distR="114300" simplePos="0" relativeHeight="251661312" behindDoc="1" locked="0" layoutInCell="1" allowOverlap="1" wp14:anchorId="5DF11350" wp14:editId="047EDA6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760720" cy="373380"/>
            <wp:effectExtent l="0" t="0" r="0" b="762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BA02C4" w14:textId="77777777" w:rsidR="009E4627" w:rsidRPr="009E4627" w:rsidRDefault="009E4627" w:rsidP="009E4627">
      <w:pPr>
        <w:rPr>
          <w:szCs w:val="24"/>
        </w:rPr>
      </w:pPr>
    </w:p>
    <w:p w14:paraId="3408C94F" w14:textId="77777777" w:rsidR="005A7756" w:rsidRDefault="00A701EB">
      <w:pPr>
        <w:spacing w:before="120"/>
        <w:jc w:val="center"/>
      </w:pPr>
      <w:r>
        <w:rPr>
          <w:b/>
        </w:rPr>
        <w:lastRenderedPageBreak/>
        <w:t>2. PRAVNA OSNOVA</w:t>
      </w:r>
    </w:p>
    <w:p w14:paraId="501FBDB4" w14:textId="77777777" w:rsidR="00F15652" w:rsidRPr="009251D8" w:rsidRDefault="00A701EB" w:rsidP="004B1F4B">
      <w:pPr>
        <w:jc w:val="both"/>
        <w:rPr>
          <w:szCs w:val="24"/>
        </w:rPr>
      </w:pPr>
      <w:r>
        <w:t xml:space="preserve">Pravna </w:t>
      </w:r>
      <w:proofErr w:type="spellStart"/>
      <w:r>
        <w:t>osnova</w:t>
      </w:r>
      <w:proofErr w:type="spellEnd"/>
      <w:r>
        <w:t xml:space="preserve"> za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Pravil</w:t>
      </w:r>
      <w:r w:rsidR="00ED5650">
        <w:t>a</w:t>
      </w:r>
      <w:proofErr w:type="spellEnd"/>
      <w:r w:rsidR="00ED5650">
        <w:t xml:space="preserve"> </w:t>
      </w:r>
      <w:proofErr w:type="spellStart"/>
      <w:r>
        <w:t>sadržana</w:t>
      </w:r>
      <w:proofErr w:type="spellEnd"/>
      <w:r>
        <w:t xml:space="preserve"> je </w:t>
      </w:r>
      <w:r w:rsidR="00F15652" w:rsidRPr="001667CF">
        <w:t>u</w:t>
      </w:r>
      <w:r w:rsidR="00F15652" w:rsidRPr="001667CF">
        <w:rPr>
          <w:color w:val="000000"/>
        </w:rPr>
        <w:t xml:space="preserve"> </w:t>
      </w:r>
      <w:proofErr w:type="spellStart"/>
      <w:r w:rsidR="00032D4C">
        <w:t>Uredbi</w:t>
      </w:r>
      <w:proofErr w:type="spellEnd"/>
      <w:r w:rsidR="00032D4C">
        <w:t xml:space="preserve"> (EU) 2016/679 </w:t>
      </w:r>
      <w:proofErr w:type="spellStart"/>
      <w:r w:rsidR="00032D4C">
        <w:t>Europskog</w:t>
      </w:r>
      <w:proofErr w:type="spellEnd"/>
      <w:r w:rsidR="00032D4C">
        <w:t xml:space="preserve"> </w:t>
      </w:r>
      <w:proofErr w:type="spellStart"/>
      <w:r w:rsidR="00032D4C">
        <w:t>parlamenta</w:t>
      </w:r>
      <w:proofErr w:type="spellEnd"/>
      <w:r w:rsidR="00032D4C">
        <w:t xml:space="preserve"> i </w:t>
      </w:r>
      <w:proofErr w:type="spellStart"/>
      <w:r w:rsidR="00032D4C">
        <w:t>Vijeća</w:t>
      </w:r>
      <w:proofErr w:type="spellEnd"/>
      <w:r w:rsidR="00032D4C">
        <w:t xml:space="preserve"> od 27. </w:t>
      </w:r>
      <w:proofErr w:type="spellStart"/>
      <w:r w:rsidR="00032D4C">
        <w:t>travnja</w:t>
      </w:r>
      <w:proofErr w:type="spellEnd"/>
      <w:r w:rsidR="00032D4C">
        <w:t xml:space="preserve"> 2016. o </w:t>
      </w:r>
      <w:proofErr w:type="spellStart"/>
      <w:r w:rsidR="00032D4C">
        <w:t>zaštiti</w:t>
      </w:r>
      <w:proofErr w:type="spellEnd"/>
      <w:r w:rsidR="00032D4C">
        <w:t xml:space="preserve"> </w:t>
      </w:r>
      <w:proofErr w:type="spellStart"/>
      <w:r w:rsidR="00032D4C">
        <w:t>pojedinaca</w:t>
      </w:r>
      <w:proofErr w:type="spellEnd"/>
      <w:r w:rsidR="00032D4C">
        <w:t xml:space="preserve"> u </w:t>
      </w:r>
      <w:proofErr w:type="spellStart"/>
      <w:r w:rsidR="00032D4C">
        <w:t>vezi</w:t>
      </w:r>
      <w:proofErr w:type="spellEnd"/>
      <w:r w:rsidR="00032D4C">
        <w:t xml:space="preserve"> s </w:t>
      </w:r>
      <w:proofErr w:type="spellStart"/>
      <w:r w:rsidR="00032D4C">
        <w:t>obradom</w:t>
      </w:r>
      <w:proofErr w:type="spellEnd"/>
      <w:r w:rsidR="00032D4C">
        <w:t xml:space="preserve"> </w:t>
      </w:r>
      <w:proofErr w:type="spellStart"/>
      <w:r w:rsidR="00032D4C">
        <w:t>osobnih</w:t>
      </w:r>
      <w:proofErr w:type="spellEnd"/>
      <w:r w:rsidR="00032D4C">
        <w:t xml:space="preserve"> </w:t>
      </w:r>
      <w:proofErr w:type="spellStart"/>
      <w:r w:rsidR="00032D4C">
        <w:t>podataka</w:t>
      </w:r>
      <w:proofErr w:type="spellEnd"/>
      <w:r w:rsidR="00032D4C">
        <w:t xml:space="preserve"> i o </w:t>
      </w:r>
      <w:proofErr w:type="spellStart"/>
      <w:r w:rsidR="00032D4C">
        <w:t>slobodnom</w:t>
      </w:r>
      <w:proofErr w:type="spellEnd"/>
      <w:r w:rsidR="00032D4C">
        <w:t xml:space="preserve"> </w:t>
      </w:r>
      <w:proofErr w:type="spellStart"/>
      <w:r w:rsidR="00032D4C">
        <w:t>kretanju</w:t>
      </w:r>
      <w:proofErr w:type="spellEnd"/>
      <w:r w:rsidR="00032D4C">
        <w:t xml:space="preserve"> </w:t>
      </w:r>
      <w:proofErr w:type="spellStart"/>
      <w:r w:rsidR="00032D4C">
        <w:t>takvih</w:t>
      </w:r>
      <w:proofErr w:type="spellEnd"/>
      <w:r w:rsidR="00032D4C">
        <w:t xml:space="preserve"> </w:t>
      </w:r>
      <w:proofErr w:type="spellStart"/>
      <w:r w:rsidR="00032D4C">
        <w:t>podataka</w:t>
      </w:r>
      <w:proofErr w:type="spellEnd"/>
      <w:r w:rsidR="00032D4C">
        <w:t xml:space="preserve"> </w:t>
      </w:r>
      <w:proofErr w:type="spellStart"/>
      <w:r w:rsidR="00032D4C">
        <w:t>te</w:t>
      </w:r>
      <w:proofErr w:type="spellEnd"/>
      <w:r w:rsidR="00032D4C">
        <w:t xml:space="preserve"> o </w:t>
      </w:r>
      <w:proofErr w:type="spellStart"/>
      <w:r w:rsidR="00032D4C">
        <w:t>stavljanju</w:t>
      </w:r>
      <w:proofErr w:type="spellEnd"/>
      <w:r w:rsidR="00032D4C">
        <w:t xml:space="preserve"> </w:t>
      </w:r>
      <w:proofErr w:type="spellStart"/>
      <w:r w:rsidR="00032D4C">
        <w:t>izvan</w:t>
      </w:r>
      <w:proofErr w:type="spellEnd"/>
      <w:r w:rsidR="00032D4C">
        <w:t xml:space="preserve"> </w:t>
      </w:r>
      <w:proofErr w:type="spellStart"/>
      <w:r w:rsidR="00032D4C">
        <w:t>snage</w:t>
      </w:r>
      <w:proofErr w:type="spellEnd"/>
      <w:r w:rsidR="00032D4C">
        <w:t xml:space="preserve"> </w:t>
      </w:r>
      <w:proofErr w:type="spellStart"/>
      <w:r w:rsidR="00032D4C">
        <w:t>Direktive</w:t>
      </w:r>
      <w:proofErr w:type="spellEnd"/>
      <w:r w:rsidR="00032D4C">
        <w:t xml:space="preserve"> 95/46/EZ (</w:t>
      </w:r>
      <w:proofErr w:type="spellStart"/>
      <w:r w:rsidR="00032D4C">
        <w:t>Opća</w:t>
      </w:r>
      <w:proofErr w:type="spellEnd"/>
      <w:r w:rsidR="00032D4C">
        <w:t xml:space="preserve"> </w:t>
      </w:r>
      <w:proofErr w:type="spellStart"/>
      <w:r w:rsidR="00032D4C">
        <w:t>uredba</w:t>
      </w:r>
      <w:proofErr w:type="spellEnd"/>
      <w:r w:rsidR="00032D4C">
        <w:t xml:space="preserve"> o </w:t>
      </w:r>
      <w:proofErr w:type="spellStart"/>
      <w:r w:rsidR="00032D4C">
        <w:t>zaštiti</w:t>
      </w:r>
      <w:proofErr w:type="spellEnd"/>
      <w:r w:rsidR="00032D4C">
        <w:t xml:space="preserve"> </w:t>
      </w:r>
      <w:proofErr w:type="spellStart"/>
      <w:r w:rsidR="00032D4C">
        <w:t>podataka</w:t>
      </w:r>
      <w:proofErr w:type="spellEnd"/>
      <w:r w:rsidR="00032D4C">
        <w:t>) (</w:t>
      </w:r>
      <w:proofErr w:type="spellStart"/>
      <w:r w:rsidR="00032D4C">
        <w:t>dalje</w:t>
      </w:r>
      <w:proofErr w:type="spellEnd"/>
      <w:r w:rsidR="00032D4C">
        <w:t xml:space="preserve"> u </w:t>
      </w:r>
      <w:proofErr w:type="spellStart"/>
      <w:r w:rsidR="00032D4C">
        <w:t>tekstu</w:t>
      </w:r>
      <w:proofErr w:type="spellEnd"/>
      <w:r w:rsidR="00032D4C">
        <w:t xml:space="preserve">: </w:t>
      </w:r>
      <w:proofErr w:type="spellStart"/>
      <w:r w:rsidR="00032D4C">
        <w:t>Uredb</w:t>
      </w:r>
      <w:r w:rsidR="00306D7C">
        <w:t>a</w:t>
      </w:r>
      <w:proofErr w:type="spellEnd"/>
      <w:r w:rsidR="00032D4C">
        <w:t>)</w:t>
      </w:r>
      <w:r w:rsidR="00032D4C">
        <w:rPr>
          <w:color w:val="000000"/>
        </w:rPr>
        <w:t xml:space="preserve">, </w:t>
      </w:r>
      <w:proofErr w:type="spellStart"/>
      <w:r w:rsidR="009251D8" w:rsidRPr="009251D8">
        <w:rPr>
          <w:color w:val="000000"/>
        </w:rPr>
        <w:t>Zakon</w:t>
      </w:r>
      <w:r w:rsidR="009251D8">
        <w:rPr>
          <w:color w:val="000000"/>
        </w:rPr>
        <w:t>u</w:t>
      </w:r>
      <w:proofErr w:type="spellEnd"/>
      <w:r w:rsidR="009251D8" w:rsidRPr="009251D8">
        <w:rPr>
          <w:color w:val="000000"/>
        </w:rPr>
        <w:t xml:space="preserve"> o </w:t>
      </w:r>
      <w:proofErr w:type="spellStart"/>
      <w:r w:rsidR="009251D8" w:rsidRPr="009251D8">
        <w:rPr>
          <w:color w:val="000000"/>
        </w:rPr>
        <w:t>provedbi</w:t>
      </w:r>
      <w:proofErr w:type="spellEnd"/>
      <w:r w:rsidR="009251D8" w:rsidRPr="009251D8">
        <w:rPr>
          <w:color w:val="000000"/>
        </w:rPr>
        <w:t xml:space="preserve"> </w:t>
      </w:r>
      <w:proofErr w:type="spellStart"/>
      <w:r w:rsidR="009251D8" w:rsidRPr="009251D8">
        <w:rPr>
          <w:color w:val="000000"/>
        </w:rPr>
        <w:t>Opće</w:t>
      </w:r>
      <w:proofErr w:type="spellEnd"/>
      <w:r w:rsidR="009251D8" w:rsidRPr="009251D8">
        <w:rPr>
          <w:color w:val="000000"/>
        </w:rPr>
        <w:t xml:space="preserve"> </w:t>
      </w:r>
      <w:proofErr w:type="spellStart"/>
      <w:r w:rsidR="009251D8" w:rsidRPr="009251D8">
        <w:rPr>
          <w:color w:val="000000"/>
        </w:rPr>
        <w:t>uredbe</w:t>
      </w:r>
      <w:proofErr w:type="spellEnd"/>
      <w:r w:rsidR="009251D8" w:rsidRPr="009251D8">
        <w:rPr>
          <w:color w:val="000000"/>
        </w:rPr>
        <w:t xml:space="preserve"> o </w:t>
      </w:r>
      <w:proofErr w:type="spellStart"/>
      <w:r w:rsidR="009251D8" w:rsidRPr="009251D8">
        <w:rPr>
          <w:color w:val="000000"/>
        </w:rPr>
        <w:t>zaštiti</w:t>
      </w:r>
      <w:proofErr w:type="spellEnd"/>
      <w:r w:rsidR="009251D8" w:rsidRPr="009251D8">
        <w:rPr>
          <w:color w:val="000000"/>
        </w:rPr>
        <w:t xml:space="preserve"> </w:t>
      </w:r>
      <w:proofErr w:type="spellStart"/>
      <w:r w:rsidR="009251D8" w:rsidRPr="009251D8">
        <w:rPr>
          <w:color w:val="000000"/>
        </w:rPr>
        <w:t>podataka</w:t>
      </w:r>
      <w:proofErr w:type="spellEnd"/>
      <w:r w:rsidR="009251D8" w:rsidRPr="009251D8">
        <w:rPr>
          <w:color w:val="000000"/>
        </w:rPr>
        <w:t xml:space="preserve"> </w:t>
      </w:r>
      <w:r w:rsidR="00C92257">
        <w:rPr>
          <w:color w:val="000000"/>
        </w:rPr>
        <w:t>(</w:t>
      </w:r>
      <w:proofErr w:type="spellStart"/>
      <w:r w:rsidR="009251D8" w:rsidRPr="009251D8">
        <w:rPr>
          <w:color w:val="000000"/>
        </w:rPr>
        <w:t>Narodne</w:t>
      </w:r>
      <w:proofErr w:type="spellEnd"/>
      <w:r w:rsidR="009251D8" w:rsidRPr="009251D8">
        <w:rPr>
          <w:color w:val="000000"/>
        </w:rPr>
        <w:t xml:space="preserve"> novine, br. 42/2018.</w:t>
      </w:r>
      <w:r w:rsidR="00C92257">
        <w:rPr>
          <w:color w:val="000000"/>
        </w:rPr>
        <w:t>)</w:t>
      </w:r>
      <w:r w:rsidR="00FC60C4">
        <w:t xml:space="preserve">, </w:t>
      </w:r>
      <w:r w:rsidR="00F15652" w:rsidRPr="004574BF">
        <w:t xml:space="preserve">a </w:t>
      </w:r>
      <w:proofErr w:type="spellStart"/>
      <w:r w:rsidR="00F15652" w:rsidRPr="004574BF">
        <w:t>radi</w:t>
      </w:r>
      <w:proofErr w:type="spellEnd"/>
      <w:r w:rsidR="00F15652" w:rsidRPr="004574BF">
        <w:t xml:space="preserve"> </w:t>
      </w:r>
      <w:proofErr w:type="spellStart"/>
      <w:r w:rsidR="00F15652" w:rsidRPr="004574BF">
        <w:t>kvalitetnijeg</w:t>
      </w:r>
      <w:proofErr w:type="spellEnd"/>
      <w:r w:rsidR="00F15652" w:rsidRPr="004574BF">
        <w:t xml:space="preserve"> i </w:t>
      </w:r>
      <w:proofErr w:type="spellStart"/>
      <w:r w:rsidR="00F15652" w:rsidRPr="004574BF">
        <w:t>sigurnijeg</w:t>
      </w:r>
      <w:proofErr w:type="spellEnd"/>
      <w:r w:rsidR="00F15652" w:rsidRPr="004574BF">
        <w:t xml:space="preserve"> </w:t>
      </w:r>
      <w:proofErr w:type="spellStart"/>
      <w:r w:rsidR="00F15652" w:rsidRPr="004574BF">
        <w:t>prikupljanja</w:t>
      </w:r>
      <w:proofErr w:type="spellEnd"/>
      <w:r w:rsidR="00F15652" w:rsidRPr="004574BF">
        <w:t xml:space="preserve">, </w:t>
      </w:r>
      <w:proofErr w:type="spellStart"/>
      <w:r w:rsidR="00F15652" w:rsidRPr="004574BF">
        <w:t>obrade</w:t>
      </w:r>
      <w:proofErr w:type="spellEnd"/>
      <w:r w:rsidR="00F15652" w:rsidRPr="004574BF">
        <w:t xml:space="preserve"> i </w:t>
      </w:r>
      <w:proofErr w:type="spellStart"/>
      <w:r w:rsidR="00F15652" w:rsidRPr="004574BF">
        <w:t>čuvanja</w:t>
      </w:r>
      <w:proofErr w:type="spellEnd"/>
      <w:r w:rsidR="00F15652" w:rsidRPr="004574BF">
        <w:t xml:space="preserve"> </w:t>
      </w:r>
      <w:proofErr w:type="spellStart"/>
      <w:r w:rsidR="00F15652" w:rsidRPr="004574BF">
        <w:t>osobnih</w:t>
      </w:r>
      <w:proofErr w:type="spellEnd"/>
      <w:r w:rsidR="00F15652" w:rsidRPr="004574BF">
        <w:t xml:space="preserve"> </w:t>
      </w:r>
      <w:proofErr w:type="spellStart"/>
      <w:r w:rsidR="00F15652" w:rsidRPr="004574BF">
        <w:t>podataka</w:t>
      </w:r>
      <w:proofErr w:type="spellEnd"/>
      <w:r w:rsidR="00F15652" w:rsidRPr="004574BF">
        <w:t xml:space="preserve"> </w:t>
      </w:r>
      <w:proofErr w:type="spellStart"/>
      <w:r w:rsidR="00F15652" w:rsidRPr="004574BF">
        <w:t>sukladno</w:t>
      </w:r>
      <w:proofErr w:type="spellEnd"/>
      <w:r w:rsidR="00F15652" w:rsidRPr="004574BF">
        <w:t xml:space="preserve"> </w:t>
      </w:r>
      <w:proofErr w:type="spellStart"/>
      <w:r w:rsidR="00F15652">
        <w:t>U</w:t>
      </w:r>
      <w:r w:rsidR="00F15652" w:rsidRPr="004574BF">
        <w:t>redbi</w:t>
      </w:r>
      <w:proofErr w:type="spellEnd"/>
      <w:r w:rsidR="00F15652" w:rsidRPr="004574BF">
        <w:rPr>
          <w:color w:val="000000"/>
        </w:rPr>
        <w:t xml:space="preserve"> </w:t>
      </w:r>
      <w:proofErr w:type="spellStart"/>
      <w:r w:rsidR="00F15652" w:rsidRPr="004574BF">
        <w:t>te</w:t>
      </w:r>
      <w:proofErr w:type="spellEnd"/>
      <w:r w:rsidR="00F15652" w:rsidRPr="004574BF">
        <w:t xml:space="preserve"> u </w:t>
      </w:r>
      <w:proofErr w:type="spellStart"/>
      <w:r w:rsidR="00F15652" w:rsidRPr="004574BF">
        <w:t>članku</w:t>
      </w:r>
      <w:proofErr w:type="spellEnd"/>
      <w:r w:rsidR="00F15652" w:rsidRPr="004574BF">
        <w:t xml:space="preserve"> 52. </w:t>
      </w:r>
      <w:proofErr w:type="spellStart"/>
      <w:r w:rsidR="00F15652" w:rsidRPr="004574BF">
        <w:t>Statuta</w:t>
      </w:r>
      <w:proofErr w:type="spellEnd"/>
      <w:r w:rsidR="00F15652" w:rsidRPr="004574BF">
        <w:t xml:space="preserve"> </w:t>
      </w:r>
      <w:proofErr w:type="spellStart"/>
      <w:r w:rsidR="00F15652" w:rsidRPr="004574BF">
        <w:t>Hrvatskog</w:t>
      </w:r>
      <w:proofErr w:type="spellEnd"/>
      <w:r w:rsidR="00F15652" w:rsidRPr="004574BF">
        <w:t xml:space="preserve"> Crvenog križa </w:t>
      </w:r>
      <w:proofErr w:type="spellStart"/>
      <w:r w:rsidR="00F15652" w:rsidRPr="004574BF">
        <w:t>Društva</w:t>
      </w:r>
      <w:proofErr w:type="spellEnd"/>
      <w:r w:rsidR="00F15652" w:rsidRPr="004574BF">
        <w:t xml:space="preserve"> Crvenog križa Osječko-baranjske županije</w:t>
      </w:r>
      <w:r w:rsidR="00F15652">
        <w:t xml:space="preserve">. </w:t>
      </w:r>
    </w:p>
    <w:p w14:paraId="6CBD92B5" w14:textId="77777777" w:rsidR="00EE3082" w:rsidRPr="00E51607" w:rsidRDefault="00A701EB" w:rsidP="004B1F4B">
      <w:pPr>
        <w:jc w:val="both"/>
      </w:pPr>
      <w:proofErr w:type="spellStart"/>
      <w:r w:rsidRPr="00E51607">
        <w:t>Savjetovanje</w:t>
      </w:r>
      <w:proofErr w:type="spellEnd"/>
      <w:r w:rsidRPr="00E51607">
        <w:t xml:space="preserve"> s </w:t>
      </w:r>
      <w:proofErr w:type="spellStart"/>
      <w:r w:rsidRPr="00E51607">
        <w:t>javnošću</w:t>
      </w:r>
      <w:proofErr w:type="spellEnd"/>
      <w:r w:rsidRPr="00E51607">
        <w:t xml:space="preserve"> </w:t>
      </w:r>
      <w:proofErr w:type="spellStart"/>
      <w:r w:rsidRPr="00E51607">
        <w:t>provodi</w:t>
      </w:r>
      <w:proofErr w:type="spellEnd"/>
      <w:r w:rsidRPr="00E51607">
        <w:t xml:space="preserve"> se u skladu s propisima kojima se uređuje pravo na pristup informacijama, prema kojima se nacrt općeg akta objavljuje uz obrazloženje razloga donošenja i ciljeva koji se žele postići, a </w:t>
      </w:r>
      <w:proofErr w:type="spellStart"/>
      <w:r w:rsidRPr="00E51607">
        <w:t>savjetovanje</w:t>
      </w:r>
      <w:proofErr w:type="spellEnd"/>
      <w:r w:rsidRPr="00E51607">
        <w:t xml:space="preserve"> se u </w:t>
      </w:r>
      <w:proofErr w:type="spellStart"/>
      <w:r w:rsidRPr="00E51607">
        <w:t>pravilu</w:t>
      </w:r>
      <w:proofErr w:type="spellEnd"/>
      <w:r w:rsidRPr="00E51607">
        <w:t xml:space="preserve"> </w:t>
      </w:r>
      <w:proofErr w:type="spellStart"/>
      <w:r w:rsidRPr="00E51607">
        <w:t>provodi</w:t>
      </w:r>
      <w:proofErr w:type="spellEnd"/>
      <w:r w:rsidRPr="00E51607">
        <w:t xml:space="preserve"> u </w:t>
      </w:r>
      <w:proofErr w:type="spellStart"/>
      <w:r w:rsidRPr="00E51607">
        <w:t>trajanju</w:t>
      </w:r>
      <w:proofErr w:type="spellEnd"/>
      <w:r w:rsidRPr="00E51607">
        <w:t xml:space="preserve"> od 30 dana.</w:t>
      </w:r>
    </w:p>
    <w:p w14:paraId="3FB20E4F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3. RAZLOZI DONOŠENJA PRAVILA</w:t>
      </w:r>
    </w:p>
    <w:p w14:paraId="2CDBBD8C" w14:textId="77777777" w:rsidR="0053157E" w:rsidRPr="00E51607" w:rsidRDefault="00A701EB" w:rsidP="000703D9">
      <w:pPr>
        <w:jc w:val="both"/>
      </w:pPr>
      <w:proofErr w:type="spellStart"/>
      <w:r w:rsidRPr="00E51607">
        <w:t>Donošenje</w:t>
      </w:r>
      <w:proofErr w:type="spellEnd"/>
      <w:r w:rsidRPr="00E51607">
        <w:t xml:space="preserve"> </w:t>
      </w:r>
      <w:proofErr w:type="spellStart"/>
      <w:r w:rsidRPr="00E51607">
        <w:t>Pravil</w:t>
      </w:r>
      <w:r w:rsidR="003B43D2" w:rsidRPr="00E51607">
        <w:t>a</w:t>
      </w:r>
      <w:proofErr w:type="spellEnd"/>
      <w:r w:rsidRPr="00E51607">
        <w:t xml:space="preserve"> </w:t>
      </w:r>
      <w:proofErr w:type="spellStart"/>
      <w:r w:rsidRPr="00E51607">
        <w:t>potrebno</w:t>
      </w:r>
      <w:proofErr w:type="spellEnd"/>
      <w:r w:rsidRPr="00E51607">
        <w:t xml:space="preserve"> je</w:t>
      </w:r>
      <w:r w:rsidR="000703D9" w:rsidRPr="00E51607">
        <w:t xml:space="preserve"> </w:t>
      </w:r>
      <w:proofErr w:type="spellStart"/>
      <w:r w:rsidR="000703D9" w:rsidRPr="00E51607">
        <w:t>jer</w:t>
      </w:r>
      <w:proofErr w:type="spellEnd"/>
      <w:r w:rsidR="000703D9" w:rsidRPr="00E51607">
        <w:t xml:space="preserve"> </w:t>
      </w:r>
      <w:proofErr w:type="spellStart"/>
      <w:r w:rsidR="000703D9" w:rsidRPr="00E51607">
        <w:t>omogućuje</w:t>
      </w:r>
      <w:proofErr w:type="spellEnd"/>
      <w:r w:rsidR="000703D9" w:rsidRPr="00E51607">
        <w:t xml:space="preserve"> </w:t>
      </w:r>
      <w:proofErr w:type="spellStart"/>
      <w:r w:rsidR="000703D9" w:rsidRPr="00E51607">
        <w:t>jasno</w:t>
      </w:r>
      <w:proofErr w:type="spellEnd"/>
      <w:r w:rsidR="000703D9" w:rsidRPr="00E51607">
        <w:t xml:space="preserve"> </w:t>
      </w:r>
      <w:proofErr w:type="spellStart"/>
      <w:r w:rsidR="000703D9" w:rsidRPr="00E51607">
        <w:t>definiranje</w:t>
      </w:r>
      <w:proofErr w:type="spellEnd"/>
      <w:r w:rsidR="000703D9" w:rsidRPr="00E51607">
        <w:t xml:space="preserve"> </w:t>
      </w:r>
      <w:proofErr w:type="spellStart"/>
      <w:r w:rsidR="000703D9" w:rsidRPr="00E51607">
        <w:t>načina</w:t>
      </w:r>
      <w:proofErr w:type="spellEnd"/>
      <w:r w:rsidR="000703D9" w:rsidRPr="00E51607">
        <w:t xml:space="preserve"> </w:t>
      </w:r>
      <w:proofErr w:type="spellStart"/>
      <w:r w:rsidR="000703D9" w:rsidRPr="00E51607">
        <w:t>prikupljanja</w:t>
      </w:r>
      <w:proofErr w:type="spellEnd"/>
      <w:r w:rsidR="000703D9" w:rsidRPr="00E51607">
        <w:t xml:space="preserve">, </w:t>
      </w:r>
      <w:proofErr w:type="spellStart"/>
      <w:r w:rsidR="000703D9" w:rsidRPr="00E51607">
        <w:t>obrade</w:t>
      </w:r>
      <w:proofErr w:type="spellEnd"/>
      <w:r w:rsidR="000703D9" w:rsidRPr="00E51607">
        <w:t xml:space="preserve">, </w:t>
      </w:r>
      <w:proofErr w:type="spellStart"/>
      <w:r w:rsidR="000703D9" w:rsidRPr="00E51607">
        <w:t>pohrane</w:t>
      </w:r>
      <w:proofErr w:type="spellEnd"/>
      <w:r w:rsidR="000703D9" w:rsidRPr="00E51607">
        <w:t xml:space="preserve"> i </w:t>
      </w:r>
      <w:proofErr w:type="spellStart"/>
      <w:r w:rsidR="000703D9" w:rsidRPr="00E51607">
        <w:t>zaštite</w:t>
      </w:r>
      <w:proofErr w:type="spellEnd"/>
      <w:r w:rsidR="000703D9" w:rsidRPr="00E51607">
        <w:t xml:space="preserve"> </w:t>
      </w:r>
      <w:proofErr w:type="spellStart"/>
      <w:r w:rsidR="000703D9" w:rsidRPr="00E51607">
        <w:t>osobnih</w:t>
      </w:r>
      <w:proofErr w:type="spellEnd"/>
      <w:r w:rsidR="000703D9" w:rsidRPr="00E51607">
        <w:t xml:space="preserve"> </w:t>
      </w:r>
      <w:proofErr w:type="spellStart"/>
      <w:r w:rsidR="000703D9" w:rsidRPr="00E51607">
        <w:t>podataka</w:t>
      </w:r>
      <w:proofErr w:type="spellEnd"/>
      <w:r w:rsidR="000703D9" w:rsidRPr="00E51607">
        <w:t xml:space="preserve"> </w:t>
      </w:r>
      <w:proofErr w:type="spellStart"/>
      <w:r w:rsidR="000703D9" w:rsidRPr="00E51607">
        <w:t>članova</w:t>
      </w:r>
      <w:proofErr w:type="spellEnd"/>
      <w:r w:rsidR="000703D9" w:rsidRPr="00E51607">
        <w:t xml:space="preserve">, </w:t>
      </w:r>
      <w:proofErr w:type="spellStart"/>
      <w:r w:rsidR="000703D9" w:rsidRPr="00E51607">
        <w:t>zaposlenika</w:t>
      </w:r>
      <w:proofErr w:type="spellEnd"/>
      <w:r w:rsidR="000703D9" w:rsidRPr="00E51607">
        <w:t xml:space="preserve">, </w:t>
      </w:r>
      <w:proofErr w:type="spellStart"/>
      <w:r w:rsidR="000703D9" w:rsidRPr="00E51607">
        <w:t>volontera</w:t>
      </w:r>
      <w:proofErr w:type="spellEnd"/>
      <w:r w:rsidR="000703D9" w:rsidRPr="00E51607">
        <w:t xml:space="preserve"> i </w:t>
      </w:r>
      <w:proofErr w:type="spellStart"/>
      <w:r w:rsidR="000703D9" w:rsidRPr="00E51607">
        <w:t>drugih</w:t>
      </w:r>
      <w:proofErr w:type="spellEnd"/>
      <w:r w:rsidR="000703D9" w:rsidRPr="00E51607">
        <w:t xml:space="preserve"> </w:t>
      </w:r>
      <w:proofErr w:type="spellStart"/>
      <w:r w:rsidR="000703D9" w:rsidRPr="00E51607">
        <w:t>osoba</w:t>
      </w:r>
      <w:proofErr w:type="spellEnd"/>
      <w:r w:rsidR="000703D9" w:rsidRPr="00E51607">
        <w:t xml:space="preserve"> s </w:t>
      </w:r>
      <w:proofErr w:type="spellStart"/>
      <w:r w:rsidR="000703D9" w:rsidRPr="00E51607">
        <w:t>kojima</w:t>
      </w:r>
      <w:proofErr w:type="spellEnd"/>
      <w:r w:rsidR="000703D9" w:rsidRPr="00E51607">
        <w:t xml:space="preserve"> </w:t>
      </w:r>
      <w:proofErr w:type="spellStart"/>
      <w:r w:rsidR="000703D9" w:rsidRPr="00E51607">
        <w:t>udruga</w:t>
      </w:r>
      <w:proofErr w:type="spellEnd"/>
      <w:r w:rsidR="000703D9" w:rsidRPr="00E51607">
        <w:t xml:space="preserve"> </w:t>
      </w:r>
      <w:proofErr w:type="spellStart"/>
      <w:r w:rsidR="000703D9" w:rsidRPr="00E51607">
        <w:t>posluje</w:t>
      </w:r>
      <w:proofErr w:type="spellEnd"/>
      <w:r w:rsidR="000703D9" w:rsidRPr="00E51607">
        <w:t xml:space="preserve">. GDPR od </w:t>
      </w:r>
      <w:proofErr w:type="spellStart"/>
      <w:r w:rsidR="000703D9" w:rsidRPr="00E51607">
        <w:t>voditelja</w:t>
      </w:r>
      <w:proofErr w:type="spellEnd"/>
      <w:r w:rsidR="000703D9" w:rsidRPr="00E51607">
        <w:t xml:space="preserve"> </w:t>
      </w:r>
      <w:proofErr w:type="spellStart"/>
      <w:r w:rsidR="000703D9" w:rsidRPr="00E51607">
        <w:t>obrade</w:t>
      </w:r>
      <w:proofErr w:type="spellEnd"/>
      <w:r w:rsidR="000703D9" w:rsidRPr="00E51607">
        <w:t xml:space="preserve"> </w:t>
      </w:r>
      <w:proofErr w:type="spellStart"/>
      <w:r w:rsidR="000703D9" w:rsidRPr="00E51607">
        <w:t>zahtijeva</w:t>
      </w:r>
      <w:proofErr w:type="spellEnd"/>
      <w:r w:rsidR="000703D9" w:rsidRPr="00E51607">
        <w:t xml:space="preserve"> </w:t>
      </w:r>
      <w:proofErr w:type="spellStart"/>
      <w:r w:rsidR="000703D9" w:rsidRPr="00E51607">
        <w:t>primjenu</w:t>
      </w:r>
      <w:proofErr w:type="spellEnd"/>
      <w:r w:rsidR="000703D9" w:rsidRPr="00E51607">
        <w:t xml:space="preserve"> </w:t>
      </w:r>
      <w:proofErr w:type="spellStart"/>
      <w:r w:rsidR="000703D9" w:rsidRPr="00E51607">
        <w:t>odgovarajućih</w:t>
      </w:r>
      <w:proofErr w:type="spellEnd"/>
      <w:r w:rsidR="000703D9" w:rsidRPr="00E51607">
        <w:t xml:space="preserve"> </w:t>
      </w:r>
      <w:proofErr w:type="spellStart"/>
      <w:r w:rsidR="000703D9" w:rsidRPr="00E51607">
        <w:t>organizacijskih</w:t>
      </w:r>
      <w:proofErr w:type="spellEnd"/>
      <w:r w:rsidR="000703D9" w:rsidRPr="00E51607">
        <w:t xml:space="preserve"> i </w:t>
      </w:r>
      <w:proofErr w:type="spellStart"/>
      <w:r w:rsidR="000703D9" w:rsidRPr="00E51607">
        <w:t>tehničkih</w:t>
      </w:r>
      <w:proofErr w:type="spellEnd"/>
      <w:r w:rsidR="000703D9" w:rsidRPr="00E51607">
        <w:t xml:space="preserve"> </w:t>
      </w:r>
      <w:proofErr w:type="spellStart"/>
      <w:r w:rsidR="000703D9" w:rsidRPr="00E51607">
        <w:t>mjera</w:t>
      </w:r>
      <w:proofErr w:type="spellEnd"/>
      <w:r w:rsidR="000703D9" w:rsidRPr="00E51607">
        <w:t xml:space="preserve"> </w:t>
      </w:r>
      <w:proofErr w:type="spellStart"/>
      <w:r w:rsidR="000703D9" w:rsidRPr="00E51607">
        <w:t>te</w:t>
      </w:r>
      <w:proofErr w:type="spellEnd"/>
      <w:r w:rsidR="000703D9" w:rsidRPr="00E51607">
        <w:t xml:space="preserve"> </w:t>
      </w:r>
      <w:proofErr w:type="spellStart"/>
      <w:r w:rsidR="000703D9" w:rsidRPr="00E51607">
        <w:t>sposobnost</w:t>
      </w:r>
      <w:proofErr w:type="spellEnd"/>
      <w:r w:rsidR="000703D9" w:rsidRPr="00E51607">
        <w:t xml:space="preserve"> </w:t>
      </w:r>
      <w:proofErr w:type="spellStart"/>
      <w:r w:rsidR="000703D9" w:rsidRPr="00E51607">
        <w:t>dokazivanja</w:t>
      </w:r>
      <w:proofErr w:type="spellEnd"/>
      <w:r w:rsidR="000703D9" w:rsidRPr="00E51607">
        <w:t xml:space="preserve"> </w:t>
      </w:r>
      <w:proofErr w:type="spellStart"/>
      <w:r w:rsidR="000703D9" w:rsidRPr="00E51607">
        <w:t>usklađenosti</w:t>
      </w:r>
      <w:proofErr w:type="spellEnd"/>
      <w:r w:rsidR="000703D9" w:rsidRPr="00E51607">
        <w:t xml:space="preserve"> s </w:t>
      </w:r>
      <w:proofErr w:type="spellStart"/>
      <w:r w:rsidR="000703D9" w:rsidRPr="00E51607">
        <w:t>propisima</w:t>
      </w:r>
      <w:proofErr w:type="spellEnd"/>
      <w:r w:rsidR="000703D9" w:rsidRPr="00E51607">
        <w:t xml:space="preserve"> (</w:t>
      </w:r>
      <w:proofErr w:type="spellStart"/>
      <w:r w:rsidR="000703D9" w:rsidRPr="00E51607">
        <w:t>načelo</w:t>
      </w:r>
      <w:proofErr w:type="spellEnd"/>
      <w:r w:rsidR="000703D9" w:rsidRPr="00E51607">
        <w:t xml:space="preserve"> </w:t>
      </w:r>
      <w:proofErr w:type="spellStart"/>
      <w:r w:rsidR="000703D9" w:rsidRPr="00E51607">
        <w:t>odgovornosti</w:t>
      </w:r>
      <w:proofErr w:type="spellEnd"/>
      <w:r w:rsidR="000703D9" w:rsidRPr="00E51607">
        <w:t xml:space="preserve">), </w:t>
      </w:r>
      <w:proofErr w:type="gramStart"/>
      <w:r w:rsidR="000703D9" w:rsidRPr="00E51607">
        <w:t>a</w:t>
      </w:r>
      <w:proofErr w:type="gramEnd"/>
      <w:r w:rsidR="000703D9" w:rsidRPr="00E51607">
        <w:t xml:space="preserve"> interna </w:t>
      </w:r>
      <w:proofErr w:type="spellStart"/>
      <w:r w:rsidR="000703D9" w:rsidRPr="00E51607">
        <w:t>pravila</w:t>
      </w:r>
      <w:proofErr w:type="spellEnd"/>
      <w:r w:rsidR="000703D9" w:rsidRPr="00E51607">
        <w:t xml:space="preserve"> </w:t>
      </w:r>
      <w:proofErr w:type="spellStart"/>
      <w:r w:rsidR="000703D9" w:rsidRPr="00E51607">
        <w:t>upravo</w:t>
      </w:r>
      <w:proofErr w:type="spellEnd"/>
      <w:r w:rsidR="000703D9" w:rsidRPr="00E51607">
        <w:t xml:space="preserve"> </w:t>
      </w:r>
      <w:proofErr w:type="spellStart"/>
      <w:r w:rsidR="000703D9" w:rsidRPr="00E51607">
        <w:t>su</w:t>
      </w:r>
      <w:proofErr w:type="spellEnd"/>
      <w:r w:rsidR="000703D9" w:rsidRPr="00E51607">
        <w:t xml:space="preserve"> </w:t>
      </w:r>
      <w:proofErr w:type="spellStart"/>
      <w:r w:rsidR="000703D9" w:rsidRPr="00E51607">
        <w:t>jedan</w:t>
      </w:r>
      <w:proofErr w:type="spellEnd"/>
      <w:r w:rsidR="000703D9" w:rsidRPr="00E51607">
        <w:t xml:space="preserve"> od </w:t>
      </w:r>
      <w:proofErr w:type="spellStart"/>
      <w:r w:rsidR="000703D9" w:rsidRPr="00E51607">
        <w:t>načina</w:t>
      </w:r>
      <w:proofErr w:type="spellEnd"/>
      <w:r w:rsidR="000703D9" w:rsidRPr="00E51607">
        <w:t xml:space="preserve"> </w:t>
      </w:r>
      <w:proofErr w:type="spellStart"/>
      <w:r w:rsidR="000703D9" w:rsidRPr="00E51607">
        <w:t>ispunjavanja</w:t>
      </w:r>
      <w:proofErr w:type="spellEnd"/>
      <w:r w:rsidR="000703D9" w:rsidRPr="00E51607">
        <w:t xml:space="preserve"> </w:t>
      </w:r>
      <w:proofErr w:type="spellStart"/>
      <w:r w:rsidR="000703D9" w:rsidRPr="00E51607">
        <w:t>te</w:t>
      </w:r>
      <w:proofErr w:type="spellEnd"/>
      <w:r w:rsidR="000703D9" w:rsidRPr="00E51607">
        <w:t xml:space="preserve"> </w:t>
      </w:r>
      <w:proofErr w:type="spellStart"/>
      <w:r w:rsidR="000703D9" w:rsidRPr="00E51607">
        <w:t>obveze</w:t>
      </w:r>
      <w:proofErr w:type="spellEnd"/>
      <w:r w:rsidR="000703D9" w:rsidRPr="00E51607">
        <w:t xml:space="preserve">. </w:t>
      </w:r>
      <w:proofErr w:type="spellStart"/>
      <w:r w:rsidR="000703D9" w:rsidRPr="00E51607">
        <w:t>Navedena</w:t>
      </w:r>
      <w:proofErr w:type="spellEnd"/>
      <w:r w:rsidR="000703D9" w:rsidRPr="00E51607">
        <w:t xml:space="preserve"> </w:t>
      </w:r>
      <w:proofErr w:type="spellStart"/>
      <w:r w:rsidR="000703D9" w:rsidRPr="00E51607">
        <w:t>pravila</w:t>
      </w:r>
      <w:proofErr w:type="spellEnd"/>
      <w:r w:rsidR="000703D9" w:rsidRPr="00E51607">
        <w:t xml:space="preserve"> </w:t>
      </w:r>
      <w:proofErr w:type="spellStart"/>
      <w:r w:rsidR="000703D9" w:rsidRPr="00E51607">
        <w:t>doprinijet</w:t>
      </w:r>
      <w:proofErr w:type="spellEnd"/>
      <w:r w:rsidR="000703D9" w:rsidRPr="00E51607">
        <w:t xml:space="preserve"> </w:t>
      </w:r>
      <w:proofErr w:type="spellStart"/>
      <w:r w:rsidR="000703D9" w:rsidRPr="00E51607">
        <w:t>će</w:t>
      </w:r>
      <w:proofErr w:type="spellEnd"/>
      <w:r w:rsidR="000703D9" w:rsidRPr="00E51607">
        <w:t xml:space="preserve"> </w:t>
      </w:r>
      <w:proofErr w:type="spellStart"/>
      <w:r w:rsidR="000703D9" w:rsidRPr="00E51607">
        <w:t>pravnoj</w:t>
      </w:r>
      <w:proofErr w:type="spellEnd"/>
      <w:r w:rsidR="000703D9" w:rsidRPr="00E51607">
        <w:t xml:space="preserve"> </w:t>
      </w:r>
      <w:proofErr w:type="spellStart"/>
      <w:r w:rsidR="000703D9" w:rsidRPr="00E51607">
        <w:t>sigurnosti</w:t>
      </w:r>
      <w:proofErr w:type="spellEnd"/>
      <w:r w:rsidR="000703D9" w:rsidRPr="00E51607">
        <w:t xml:space="preserve">, </w:t>
      </w:r>
      <w:proofErr w:type="spellStart"/>
      <w:r w:rsidR="000703D9" w:rsidRPr="00E51607">
        <w:t>transparentnosti</w:t>
      </w:r>
      <w:proofErr w:type="spellEnd"/>
      <w:r w:rsidR="000703D9" w:rsidRPr="00E51607">
        <w:t xml:space="preserve"> rada </w:t>
      </w:r>
      <w:proofErr w:type="spellStart"/>
      <w:r w:rsidR="000703D9" w:rsidRPr="00E51607">
        <w:t>udruge</w:t>
      </w:r>
      <w:proofErr w:type="spellEnd"/>
      <w:r w:rsidR="000703D9" w:rsidRPr="00E51607">
        <w:t xml:space="preserve"> i </w:t>
      </w:r>
      <w:proofErr w:type="spellStart"/>
      <w:r w:rsidR="000703D9" w:rsidRPr="00E51607">
        <w:t>smanjenju</w:t>
      </w:r>
      <w:proofErr w:type="spellEnd"/>
      <w:r w:rsidR="000703D9" w:rsidRPr="00E51607">
        <w:t xml:space="preserve"> </w:t>
      </w:r>
      <w:proofErr w:type="spellStart"/>
      <w:r w:rsidR="000703D9" w:rsidRPr="00E51607">
        <w:t>rizika</w:t>
      </w:r>
      <w:proofErr w:type="spellEnd"/>
      <w:r w:rsidR="000703D9" w:rsidRPr="00E51607">
        <w:t xml:space="preserve"> </w:t>
      </w:r>
      <w:proofErr w:type="spellStart"/>
      <w:r w:rsidR="000703D9" w:rsidRPr="00E51607">
        <w:t>od</w:t>
      </w:r>
      <w:proofErr w:type="spellEnd"/>
      <w:r w:rsidR="000703D9" w:rsidRPr="00E51607">
        <w:t xml:space="preserve"> </w:t>
      </w:r>
      <w:proofErr w:type="spellStart"/>
      <w:r w:rsidR="000703D9" w:rsidRPr="00E51607">
        <w:t>povreda</w:t>
      </w:r>
      <w:proofErr w:type="spellEnd"/>
      <w:r w:rsidR="000703D9" w:rsidRPr="00E51607">
        <w:t xml:space="preserve"> </w:t>
      </w:r>
      <w:proofErr w:type="spellStart"/>
      <w:r w:rsidR="000703D9" w:rsidRPr="00E51607">
        <w:t>osobnih</w:t>
      </w:r>
      <w:proofErr w:type="spellEnd"/>
      <w:r w:rsidR="000703D9" w:rsidRPr="00E51607">
        <w:t xml:space="preserve"> </w:t>
      </w:r>
      <w:proofErr w:type="spellStart"/>
      <w:r w:rsidR="000703D9" w:rsidRPr="00E51607">
        <w:t>podataka</w:t>
      </w:r>
      <w:proofErr w:type="spellEnd"/>
      <w:r w:rsidR="000703D9" w:rsidRPr="00E51607">
        <w:t>.</w:t>
      </w:r>
    </w:p>
    <w:p w14:paraId="05037D54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4. CILJEVI KOJI SE ŽELE POSTIĆI</w:t>
      </w:r>
    </w:p>
    <w:p w14:paraId="71EBAE58" w14:textId="77777777" w:rsidR="00472BB8" w:rsidRPr="00E51607" w:rsidRDefault="00A701EB" w:rsidP="00D85AE2">
      <w:pPr>
        <w:jc w:val="both"/>
      </w:pPr>
      <w:proofErr w:type="spellStart"/>
      <w:r w:rsidRPr="00E51607">
        <w:t>Donošenjem</w:t>
      </w:r>
      <w:proofErr w:type="spellEnd"/>
      <w:r w:rsidRPr="00E51607">
        <w:t xml:space="preserve"> </w:t>
      </w:r>
      <w:proofErr w:type="spellStart"/>
      <w:r w:rsidRPr="00E51607">
        <w:t>Pravi</w:t>
      </w:r>
      <w:r w:rsidR="00B66260" w:rsidRPr="00E51607">
        <w:t>la</w:t>
      </w:r>
      <w:proofErr w:type="spellEnd"/>
      <w:r w:rsidRPr="00E51607">
        <w:t xml:space="preserve"> </w:t>
      </w:r>
      <w:proofErr w:type="spellStart"/>
      <w:r w:rsidRPr="00E51607">
        <w:t>žele</w:t>
      </w:r>
      <w:proofErr w:type="spellEnd"/>
      <w:r w:rsidRPr="00E51607">
        <w:t xml:space="preserve"> se </w:t>
      </w:r>
      <w:proofErr w:type="spellStart"/>
      <w:r w:rsidRPr="00E51607">
        <w:t>postići</w:t>
      </w:r>
      <w:proofErr w:type="spellEnd"/>
      <w:r w:rsidRPr="00E51607">
        <w:t xml:space="preserve"> </w:t>
      </w:r>
      <w:proofErr w:type="spellStart"/>
      <w:r w:rsidRPr="00E51607">
        <w:t>sljedeći</w:t>
      </w:r>
      <w:proofErr w:type="spellEnd"/>
      <w:r w:rsidRPr="00E51607">
        <w:t xml:space="preserve"> </w:t>
      </w:r>
      <w:proofErr w:type="spellStart"/>
      <w:r w:rsidRPr="00E51607">
        <w:t>ciljevi</w:t>
      </w:r>
      <w:proofErr w:type="spellEnd"/>
      <w:r w:rsidRPr="00E51607">
        <w:t>:</w:t>
      </w:r>
    </w:p>
    <w:p w14:paraId="798C53F6" w14:textId="77777777" w:rsidR="00472BB8" w:rsidRPr="00E51607" w:rsidRDefault="00472BB8" w:rsidP="00D85AE2">
      <w:pPr>
        <w:jc w:val="both"/>
      </w:pPr>
      <w:proofErr w:type="spellStart"/>
      <w:r w:rsidRPr="00E51607">
        <w:t>pružiti</w:t>
      </w:r>
      <w:proofErr w:type="spellEnd"/>
      <w:r w:rsidRPr="00E51607">
        <w:t xml:space="preserve"> </w:t>
      </w:r>
      <w:proofErr w:type="spellStart"/>
      <w:r w:rsidRPr="00E51607">
        <w:t>zaposlenicima</w:t>
      </w:r>
      <w:proofErr w:type="spellEnd"/>
      <w:r w:rsidRPr="00E51607">
        <w:t xml:space="preserve">, </w:t>
      </w:r>
      <w:proofErr w:type="spellStart"/>
      <w:r w:rsidRPr="00E51607">
        <w:t>volonterima</w:t>
      </w:r>
      <w:proofErr w:type="spellEnd"/>
      <w:r w:rsidRPr="00E51607">
        <w:t xml:space="preserve"> i </w:t>
      </w:r>
      <w:proofErr w:type="spellStart"/>
      <w:r w:rsidRPr="00E51607">
        <w:t>drugim</w:t>
      </w:r>
      <w:proofErr w:type="spellEnd"/>
      <w:r w:rsidRPr="00E51607">
        <w:t xml:space="preserve"> </w:t>
      </w:r>
      <w:proofErr w:type="spellStart"/>
      <w:r w:rsidRPr="00E51607">
        <w:t>suradnicima</w:t>
      </w:r>
      <w:proofErr w:type="spellEnd"/>
      <w:r w:rsidRPr="00E51607">
        <w:t xml:space="preserve"> </w:t>
      </w:r>
      <w:proofErr w:type="spellStart"/>
      <w:r w:rsidRPr="00E51607">
        <w:t>jasne</w:t>
      </w:r>
      <w:proofErr w:type="spellEnd"/>
      <w:r w:rsidRPr="00E51607">
        <w:t xml:space="preserve"> </w:t>
      </w:r>
      <w:proofErr w:type="spellStart"/>
      <w:r w:rsidRPr="00E51607">
        <w:t>smjernice</w:t>
      </w:r>
      <w:proofErr w:type="spellEnd"/>
      <w:r w:rsidRPr="00E51607">
        <w:t xml:space="preserve">, </w:t>
      </w:r>
      <w:proofErr w:type="spellStart"/>
      <w:r w:rsidRPr="00E51607">
        <w:t>stjecanje</w:t>
      </w:r>
      <w:proofErr w:type="spellEnd"/>
      <w:r w:rsidRPr="00E51607">
        <w:t xml:space="preserve"> </w:t>
      </w:r>
      <w:proofErr w:type="spellStart"/>
      <w:r w:rsidRPr="00E51607">
        <w:t>potrebnih</w:t>
      </w:r>
      <w:proofErr w:type="spellEnd"/>
      <w:r w:rsidRPr="00E51607">
        <w:t xml:space="preserve">         </w:t>
      </w:r>
    </w:p>
    <w:p w14:paraId="177DF716" w14:textId="77777777" w:rsidR="005A7756" w:rsidRPr="00E51607" w:rsidRDefault="00472BB8" w:rsidP="00D85AE2">
      <w:pPr>
        <w:jc w:val="both"/>
      </w:pPr>
      <w:proofErr w:type="spellStart"/>
      <w:r w:rsidRPr="00E51607">
        <w:t>znanja</w:t>
      </w:r>
      <w:proofErr w:type="spellEnd"/>
      <w:r w:rsidRPr="00E51607">
        <w:t xml:space="preserve"> </w:t>
      </w:r>
      <w:proofErr w:type="spellStart"/>
      <w:r w:rsidRPr="00E51607">
        <w:t>te</w:t>
      </w:r>
      <w:proofErr w:type="spellEnd"/>
      <w:r w:rsidRPr="00E51607">
        <w:t xml:space="preserve"> </w:t>
      </w:r>
      <w:proofErr w:type="spellStart"/>
      <w:r w:rsidRPr="00E51607">
        <w:t>razumijevanje</w:t>
      </w:r>
      <w:proofErr w:type="spellEnd"/>
      <w:r w:rsidRPr="00E51607">
        <w:t xml:space="preserve"> </w:t>
      </w:r>
      <w:proofErr w:type="spellStart"/>
      <w:r w:rsidRPr="00E51607">
        <w:t>njihovih</w:t>
      </w:r>
      <w:proofErr w:type="spellEnd"/>
      <w:r w:rsidRPr="00E51607">
        <w:t xml:space="preserve"> </w:t>
      </w:r>
      <w:proofErr w:type="spellStart"/>
      <w:r w:rsidRPr="00E51607">
        <w:t>obveza</w:t>
      </w:r>
      <w:proofErr w:type="spellEnd"/>
      <w:r w:rsidRPr="00E51607">
        <w:t xml:space="preserve"> u </w:t>
      </w:r>
      <w:proofErr w:type="spellStart"/>
      <w:r w:rsidRPr="00E51607">
        <w:t>području</w:t>
      </w:r>
      <w:proofErr w:type="spellEnd"/>
      <w:r w:rsidRPr="00E51607">
        <w:t xml:space="preserve"> </w:t>
      </w:r>
      <w:proofErr w:type="spellStart"/>
      <w:r w:rsidRPr="00E51607">
        <w:t>zaštite</w:t>
      </w:r>
      <w:proofErr w:type="spellEnd"/>
      <w:r w:rsidRPr="00E51607">
        <w:t xml:space="preserve"> </w:t>
      </w:r>
      <w:proofErr w:type="spellStart"/>
      <w:r w:rsidRPr="00E51607">
        <w:t>osobnih</w:t>
      </w:r>
      <w:proofErr w:type="spellEnd"/>
      <w:r w:rsidRPr="00E51607">
        <w:t xml:space="preserve"> </w:t>
      </w:r>
      <w:proofErr w:type="spellStart"/>
      <w:r w:rsidRPr="00E51607">
        <w:t>podataka</w:t>
      </w:r>
      <w:proofErr w:type="spellEnd"/>
      <w:r w:rsidRPr="00E51607">
        <w:t xml:space="preserve"> i </w:t>
      </w:r>
      <w:proofErr w:type="spellStart"/>
      <w:r w:rsidRPr="00E51607">
        <w:t>privatnosti</w:t>
      </w:r>
      <w:proofErr w:type="spellEnd"/>
      <w:r w:rsidRPr="00E51607">
        <w:t>.</w:t>
      </w:r>
    </w:p>
    <w:p w14:paraId="567CBE10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5. TRAJANJE SAVJETOVANJA</w:t>
      </w:r>
    </w:p>
    <w:p w14:paraId="0A945910" w14:textId="77777777" w:rsidR="005A7756" w:rsidRPr="00E51607" w:rsidRDefault="00A701EB" w:rsidP="00D85AE2">
      <w:pPr>
        <w:jc w:val="both"/>
      </w:pPr>
      <w:proofErr w:type="spellStart"/>
      <w:r w:rsidRPr="00E51607">
        <w:t>Savjetovanje</w:t>
      </w:r>
      <w:proofErr w:type="spellEnd"/>
      <w:r w:rsidRPr="00E51607">
        <w:t xml:space="preserve"> s </w:t>
      </w:r>
      <w:proofErr w:type="spellStart"/>
      <w:r w:rsidRPr="00E51607">
        <w:t>javnošću</w:t>
      </w:r>
      <w:proofErr w:type="spellEnd"/>
      <w:r w:rsidRPr="00E51607">
        <w:t xml:space="preserve"> </w:t>
      </w:r>
      <w:proofErr w:type="spellStart"/>
      <w:r w:rsidRPr="00E51607">
        <w:t>provodi</w:t>
      </w:r>
      <w:proofErr w:type="spellEnd"/>
      <w:r w:rsidRPr="00E51607">
        <w:t xml:space="preserve"> se u </w:t>
      </w:r>
      <w:proofErr w:type="spellStart"/>
      <w:r w:rsidRPr="00E51607">
        <w:t>trajanju</w:t>
      </w:r>
      <w:proofErr w:type="spellEnd"/>
      <w:r w:rsidRPr="00E51607">
        <w:t xml:space="preserve"> od 30 dana.</w:t>
      </w:r>
    </w:p>
    <w:p w14:paraId="782967D7" w14:textId="26B23A70" w:rsidR="005A7756" w:rsidRPr="00E51607" w:rsidRDefault="00A701EB" w:rsidP="00D85AE2">
      <w:pPr>
        <w:jc w:val="both"/>
      </w:pPr>
      <w:proofErr w:type="spellStart"/>
      <w:r w:rsidRPr="00E51607">
        <w:t>Savjetovanje</w:t>
      </w:r>
      <w:proofErr w:type="spellEnd"/>
      <w:r w:rsidRPr="00E51607">
        <w:t xml:space="preserve"> je </w:t>
      </w:r>
      <w:proofErr w:type="spellStart"/>
      <w:r w:rsidRPr="00E51607">
        <w:t>otvoreno</w:t>
      </w:r>
      <w:proofErr w:type="spellEnd"/>
      <w:r w:rsidRPr="00E51607">
        <w:t xml:space="preserve"> od </w:t>
      </w:r>
      <w:r w:rsidR="003C6B4E">
        <w:t>13</w:t>
      </w:r>
      <w:r w:rsidRPr="00E51607">
        <w:t xml:space="preserve">. </w:t>
      </w:r>
      <w:proofErr w:type="spellStart"/>
      <w:r w:rsidRPr="00E51607">
        <w:t>srpnja</w:t>
      </w:r>
      <w:proofErr w:type="spellEnd"/>
      <w:r w:rsidRPr="00E51607">
        <w:t xml:space="preserve"> 2026. </w:t>
      </w:r>
      <w:proofErr w:type="spellStart"/>
      <w:r w:rsidRPr="00E51607">
        <w:t>godine</w:t>
      </w:r>
      <w:proofErr w:type="spellEnd"/>
      <w:r w:rsidRPr="00E51607">
        <w:t xml:space="preserve"> do</w:t>
      </w:r>
      <w:r w:rsidR="006A4771" w:rsidRPr="00E51607">
        <w:t xml:space="preserve"> </w:t>
      </w:r>
      <w:r w:rsidR="003C6B4E">
        <w:t>12</w:t>
      </w:r>
      <w:r w:rsidRPr="00E51607">
        <w:t xml:space="preserve">. </w:t>
      </w:r>
      <w:proofErr w:type="spellStart"/>
      <w:r w:rsidRPr="00E51607">
        <w:t>kolovoza</w:t>
      </w:r>
      <w:proofErr w:type="spellEnd"/>
      <w:r w:rsidRPr="00E51607">
        <w:t xml:space="preserve"> 2026. </w:t>
      </w:r>
      <w:proofErr w:type="spellStart"/>
      <w:r w:rsidRPr="00E51607">
        <w:t>godine</w:t>
      </w:r>
      <w:proofErr w:type="spellEnd"/>
      <w:r w:rsidRPr="00E51607">
        <w:t>.</w:t>
      </w:r>
    </w:p>
    <w:p w14:paraId="6781A9AD" w14:textId="77777777" w:rsidR="005A7756" w:rsidRPr="00E51607" w:rsidRDefault="00A701EB" w:rsidP="00D85AE2">
      <w:pPr>
        <w:jc w:val="both"/>
      </w:pPr>
      <w:r w:rsidRPr="00E51607">
        <w:t xml:space="preserve">Prijedlozi, primjedbe i mišljenja zaprimljeni nakon isteka roka za savjetovanje neće se </w:t>
      </w:r>
      <w:proofErr w:type="spellStart"/>
      <w:r w:rsidRPr="00E51607">
        <w:t>uzimati</w:t>
      </w:r>
      <w:proofErr w:type="spellEnd"/>
      <w:r w:rsidRPr="00E51607">
        <w:t xml:space="preserve"> u </w:t>
      </w:r>
      <w:proofErr w:type="spellStart"/>
      <w:r w:rsidRPr="00E51607">
        <w:t>razmatranje</w:t>
      </w:r>
      <w:proofErr w:type="spellEnd"/>
      <w:r w:rsidRPr="00E51607">
        <w:t xml:space="preserve">, </w:t>
      </w:r>
      <w:proofErr w:type="spellStart"/>
      <w:r w:rsidRPr="00E51607">
        <w:t>osim</w:t>
      </w:r>
      <w:proofErr w:type="spellEnd"/>
      <w:r w:rsidRPr="00E51607">
        <w:t xml:space="preserve"> </w:t>
      </w:r>
      <w:proofErr w:type="spellStart"/>
      <w:r w:rsidRPr="00E51607">
        <w:t>ako</w:t>
      </w:r>
      <w:proofErr w:type="spellEnd"/>
      <w:r w:rsidRPr="00E51607">
        <w:t xml:space="preserve"> </w:t>
      </w:r>
      <w:r w:rsidR="004E2C2C" w:rsidRPr="00E51607">
        <w:t>HCK DCK Osječko-baranjske županije</w:t>
      </w:r>
      <w:r w:rsidRPr="00E51607">
        <w:t xml:space="preserve"> </w:t>
      </w:r>
      <w:proofErr w:type="spellStart"/>
      <w:r w:rsidRPr="00E51607">
        <w:t>drukčije</w:t>
      </w:r>
      <w:proofErr w:type="spellEnd"/>
      <w:r w:rsidRPr="00E51607">
        <w:t xml:space="preserve"> </w:t>
      </w:r>
      <w:proofErr w:type="spellStart"/>
      <w:r w:rsidRPr="00E51607">
        <w:t>odluči</w:t>
      </w:r>
      <w:proofErr w:type="spellEnd"/>
      <w:r w:rsidRPr="00E51607">
        <w:t xml:space="preserve"> </w:t>
      </w:r>
      <w:proofErr w:type="spellStart"/>
      <w:r w:rsidRPr="00E51607">
        <w:t>zbog</w:t>
      </w:r>
      <w:proofErr w:type="spellEnd"/>
      <w:r w:rsidRPr="00E51607">
        <w:t xml:space="preserve"> </w:t>
      </w:r>
      <w:proofErr w:type="spellStart"/>
      <w:r w:rsidRPr="00E51607">
        <w:t>osobito</w:t>
      </w:r>
      <w:proofErr w:type="spellEnd"/>
      <w:r w:rsidRPr="00E51607">
        <w:t xml:space="preserve"> </w:t>
      </w:r>
      <w:proofErr w:type="spellStart"/>
      <w:r w:rsidRPr="00E51607">
        <w:t>opravdanih</w:t>
      </w:r>
      <w:proofErr w:type="spellEnd"/>
      <w:r w:rsidRPr="00E51607">
        <w:t xml:space="preserve"> </w:t>
      </w:r>
      <w:proofErr w:type="spellStart"/>
      <w:r w:rsidRPr="00E51607">
        <w:t>razloga</w:t>
      </w:r>
      <w:proofErr w:type="spellEnd"/>
      <w:r w:rsidRPr="00E51607">
        <w:t>.</w:t>
      </w:r>
    </w:p>
    <w:p w14:paraId="74573460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6. MJESTO OBJAVE I DOKUMENTACIJA</w:t>
      </w:r>
    </w:p>
    <w:p w14:paraId="5081419B" w14:textId="77777777" w:rsidR="005A7756" w:rsidRPr="00E51607" w:rsidRDefault="00A701EB" w:rsidP="00D85AE2">
      <w:pPr>
        <w:jc w:val="both"/>
      </w:pPr>
      <w:proofErr w:type="spellStart"/>
      <w:r w:rsidRPr="00E51607">
        <w:t>Nacrt</w:t>
      </w:r>
      <w:proofErr w:type="spellEnd"/>
      <w:r w:rsidRPr="00E51607">
        <w:t xml:space="preserve"> </w:t>
      </w:r>
      <w:proofErr w:type="spellStart"/>
      <w:r w:rsidRPr="00E51607">
        <w:t>Pravil</w:t>
      </w:r>
      <w:r w:rsidR="004E2C2C" w:rsidRPr="00E51607">
        <w:t>a</w:t>
      </w:r>
      <w:proofErr w:type="spellEnd"/>
      <w:r w:rsidRPr="00E51607">
        <w:t xml:space="preserve"> i </w:t>
      </w:r>
      <w:proofErr w:type="spellStart"/>
      <w:r w:rsidRPr="00E51607">
        <w:t>ovaj</w:t>
      </w:r>
      <w:proofErr w:type="spellEnd"/>
      <w:r w:rsidRPr="00E51607">
        <w:t xml:space="preserve"> </w:t>
      </w:r>
      <w:proofErr w:type="spellStart"/>
      <w:r w:rsidRPr="00E51607">
        <w:t>dokument</w:t>
      </w:r>
      <w:proofErr w:type="spellEnd"/>
      <w:r w:rsidRPr="00E51607">
        <w:t xml:space="preserve"> </w:t>
      </w:r>
      <w:proofErr w:type="spellStart"/>
      <w:r w:rsidRPr="00E51607">
        <w:t>objavljuju</w:t>
      </w:r>
      <w:proofErr w:type="spellEnd"/>
      <w:r w:rsidRPr="00E51607">
        <w:t xml:space="preserve"> se na </w:t>
      </w:r>
      <w:proofErr w:type="spellStart"/>
      <w:r w:rsidRPr="00E51607">
        <w:t>službenim</w:t>
      </w:r>
      <w:proofErr w:type="spellEnd"/>
      <w:r w:rsidRPr="00E51607">
        <w:t xml:space="preserve"> </w:t>
      </w:r>
      <w:proofErr w:type="spellStart"/>
      <w:r w:rsidRPr="00E51607">
        <w:t>internetskim</w:t>
      </w:r>
      <w:proofErr w:type="spellEnd"/>
      <w:r w:rsidRPr="00E51607">
        <w:t xml:space="preserve"> </w:t>
      </w:r>
      <w:proofErr w:type="spellStart"/>
      <w:r w:rsidRPr="00E51607">
        <w:t>stranicama</w:t>
      </w:r>
      <w:proofErr w:type="spellEnd"/>
      <w:r w:rsidRPr="00E51607">
        <w:t xml:space="preserve"> </w:t>
      </w:r>
      <w:proofErr w:type="spellStart"/>
      <w:r w:rsidR="00855CED" w:rsidRPr="00E51607">
        <w:t>Hrvatskog</w:t>
      </w:r>
      <w:proofErr w:type="spellEnd"/>
      <w:r w:rsidR="00855CED" w:rsidRPr="00E51607">
        <w:t xml:space="preserve"> Crvenog križa </w:t>
      </w:r>
      <w:proofErr w:type="spellStart"/>
      <w:r w:rsidR="00855CED" w:rsidRPr="00E51607">
        <w:t>Društva</w:t>
      </w:r>
      <w:proofErr w:type="spellEnd"/>
      <w:r w:rsidR="00855CED" w:rsidRPr="00E51607">
        <w:t xml:space="preserve"> Crvenog križa Osječko-baranjske županije</w:t>
      </w:r>
      <w:r w:rsidRPr="00E51607">
        <w:t xml:space="preserve"> u </w:t>
      </w:r>
      <w:proofErr w:type="spellStart"/>
      <w:r w:rsidRPr="00E51607">
        <w:t>dijelu</w:t>
      </w:r>
      <w:proofErr w:type="spellEnd"/>
      <w:r w:rsidRPr="00E51607">
        <w:t xml:space="preserve"> </w:t>
      </w:r>
      <w:proofErr w:type="spellStart"/>
      <w:r w:rsidRPr="00E51607">
        <w:t>namijenjenom</w:t>
      </w:r>
      <w:proofErr w:type="spellEnd"/>
      <w:r w:rsidRPr="00E51607">
        <w:t xml:space="preserve"> </w:t>
      </w:r>
      <w:proofErr w:type="spellStart"/>
      <w:r w:rsidRPr="00E51607">
        <w:t>javnoj</w:t>
      </w:r>
      <w:proofErr w:type="spellEnd"/>
      <w:r w:rsidRPr="00E51607">
        <w:t xml:space="preserve"> </w:t>
      </w:r>
      <w:proofErr w:type="spellStart"/>
      <w:r w:rsidRPr="00E51607">
        <w:t>nabavi</w:t>
      </w:r>
      <w:proofErr w:type="spellEnd"/>
      <w:r w:rsidRPr="00E51607">
        <w:t>.</w:t>
      </w:r>
    </w:p>
    <w:p w14:paraId="09BEC588" w14:textId="77777777" w:rsidR="005A7756" w:rsidRPr="00E51607" w:rsidRDefault="00A701EB" w:rsidP="00D85AE2">
      <w:pPr>
        <w:jc w:val="both"/>
      </w:pPr>
      <w:r w:rsidRPr="00E51607">
        <w:t xml:space="preserve">Uz </w:t>
      </w:r>
      <w:proofErr w:type="spellStart"/>
      <w:r w:rsidRPr="00E51607">
        <w:t>objavu</w:t>
      </w:r>
      <w:proofErr w:type="spellEnd"/>
      <w:r w:rsidRPr="00E51607">
        <w:t xml:space="preserve"> </w:t>
      </w:r>
      <w:proofErr w:type="spellStart"/>
      <w:r w:rsidRPr="00E51607">
        <w:t>savjetovanja</w:t>
      </w:r>
      <w:proofErr w:type="spellEnd"/>
      <w:r w:rsidRPr="00E51607">
        <w:t xml:space="preserve"> </w:t>
      </w:r>
      <w:proofErr w:type="spellStart"/>
      <w:r w:rsidRPr="00E51607">
        <w:t>objavljuju</w:t>
      </w:r>
      <w:proofErr w:type="spellEnd"/>
      <w:r w:rsidRPr="00E51607">
        <w:t xml:space="preserve"> se:</w:t>
      </w:r>
    </w:p>
    <w:p w14:paraId="76ACAD4C" w14:textId="77777777" w:rsidR="004B1F4B" w:rsidRPr="00E51607" w:rsidRDefault="00A701EB">
      <w:pPr>
        <w:spacing w:after="60"/>
        <w:ind w:left="397" w:hanging="227"/>
      </w:pPr>
      <w:r w:rsidRPr="00E51607">
        <w:t xml:space="preserve">– </w:t>
      </w:r>
      <w:proofErr w:type="spellStart"/>
      <w:r w:rsidRPr="00E51607">
        <w:t>Nacrt</w:t>
      </w:r>
      <w:proofErr w:type="spellEnd"/>
      <w:r w:rsidRPr="00E51607">
        <w:t xml:space="preserve"> </w:t>
      </w:r>
      <w:proofErr w:type="spellStart"/>
      <w:r w:rsidRPr="00E51607">
        <w:t>Pravi</w:t>
      </w:r>
      <w:r w:rsidR="004B1F4B" w:rsidRPr="00E51607">
        <w:t>la</w:t>
      </w:r>
      <w:proofErr w:type="spellEnd"/>
      <w:r w:rsidRPr="00E51607">
        <w:t xml:space="preserve"> </w:t>
      </w:r>
      <w:proofErr w:type="spellStart"/>
      <w:r w:rsidR="004B1F4B" w:rsidRPr="00E51607">
        <w:t>zaštite</w:t>
      </w:r>
      <w:proofErr w:type="spellEnd"/>
      <w:r w:rsidR="004B1F4B" w:rsidRPr="00E51607">
        <w:t xml:space="preserve"> </w:t>
      </w:r>
      <w:proofErr w:type="spellStart"/>
      <w:r w:rsidR="004B1F4B" w:rsidRPr="00E51607">
        <w:t>osobnih</w:t>
      </w:r>
      <w:proofErr w:type="spellEnd"/>
      <w:r w:rsidR="004B1F4B" w:rsidRPr="00E51607">
        <w:t xml:space="preserve"> </w:t>
      </w:r>
      <w:proofErr w:type="spellStart"/>
      <w:r w:rsidR="004B1F4B" w:rsidRPr="00E51607">
        <w:t>podataka</w:t>
      </w:r>
      <w:proofErr w:type="spellEnd"/>
      <w:r w:rsidR="004B1F4B" w:rsidRPr="00E51607">
        <w:t xml:space="preserve"> i </w:t>
      </w:r>
      <w:proofErr w:type="spellStart"/>
      <w:r w:rsidR="004B1F4B" w:rsidRPr="00E51607">
        <w:t>privatnosti</w:t>
      </w:r>
      <w:proofErr w:type="spellEnd"/>
      <w:r w:rsidR="004B1F4B" w:rsidRPr="00E51607">
        <w:t xml:space="preserve"> </w:t>
      </w:r>
      <w:proofErr w:type="spellStart"/>
      <w:r w:rsidR="004B1F4B" w:rsidRPr="00E51607">
        <w:t>Hrvatskog</w:t>
      </w:r>
      <w:proofErr w:type="spellEnd"/>
      <w:r w:rsidR="004B1F4B" w:rsidRPr="00E51607">
        <w:t xml:space="preserve"> Crvenog križa </w:t>
      </w:r>
      <w:proofErr w:type="spellStart"/>
      <w:r w:rsidR="004B1F4B" w:rsidRPr="00E51607">
        <w:t>Društva</w:t>
      </w:r>
      <w:proofErr w:type="spellEnd"/>
      <w:r w:rsidR="004B1F4B" w:rsidRPr="00E51607">
        <w:t xml:space="preserve"> Crvenog križa Osječko-baranjske županije; </w:t>
      </w:r>
    </w:p>
    <w:p w14:paraId="598133F8" w14:textId="77777777" w:rsidR="005A7756" w:rsidRPr="00E51607" w:rsidRDefault="00A701EB">
      <w:pPr>
        <w:spacing w:after="60"/>
        <w:ind w:left="397" w:hanging="227"/>
      </w:pPr>
      <w:r w:rsidRPr="00E51607">
        <w:t xml:space="preserve">– </w:t>
      </w:r>
      <w:proofErr w:type="spellStart"/>
      <w:r w:rsidRPr="00E51607">
        <w:t>Obrazloženje</w:t>
      </w:r>
      <w:proofErr w:type="spellEnd"/>
      <w:r w:rsidRPr="00E51607">
        <w:t xml:space="preserve"> </w:t>
      </w:r>
      <w:proofErr w:type="spellStart"/>
      <w:r w:rsidRPr="00E51607">
        <w:t>razloga</w:t>
      </w:r>
      <w:proofErr w:type="spellEnd"/>
      <w:r w:rsidRPr="00E51607">
        <w:t xml:space="preserve"> </w:t>
      </w:r>
      <w:proofErr w:type="spellStart"/>
      <w:r w:rsidRPr="00E51607">
        <w:t>donošenja</w:t>
      </w:r>
      <w:proofErr w:type="spellEnd"/>
      <w:r w:rsidRPr="00E51607">
        <w:t xml:space="preserve"> </w:t>
      </w:r>
      <w:proofErr w:type="spellStart"/>
      <w:r w:rsidRPr="00E51607">
        <w:t>Pravil</w:t>
      </w:r>
      <w:r w:rsidR="004B1F4B" w:rsidRPr="00E51607">
        <w:t>a</w:t>
      </w:r>
      <w:proofErr w:type="spellEnd"/>
      <w:r w:rsidRPr="00E51607">
        <w:t xml:space="preserve"> i </w:t>
      </w:r>
      <w:proofErr w:type="spellStart"/>
      <w:r w:rsidRPr="00E51607">
        <w:t>ciljeva</w:t>
      </w:r>
      <w:proofErr w:type="spellEnd"/>
      <w:r w:rsidRPr="00E51607">
        <w:t xml:space="preserve"> koji se žele postići;</w:t>
      </w:r>
    </w:p>
    <w:p w14:paraId="4CB39892" w14:textId="77777777" w:rsidR="004B1F4B" w:rsidRPr="00E51607" w:rsidRDefault="00A701EB">
      <w:pPr>
        <w:spacing w:after="60"/>
        <w:ind w:left="397" w:hanging="227"/>
      </w:pPr>
      <w:r w:rsidRPr="00E51607">
        <w:lastRenderedPageBreak/>
        <w:t xml:space="preserve">– </w:t>
      </w:r>
      <w:proofErr w:type="spellStart"/>
      <w:r w:rsidR="004B1F4B" w:rsidRPr="00E51607">
        <w:t>O</w:t>
      </w:r>
      <w:r w:rsidRPr="00E51607">
        <w:t>brazac</w:t>
      </w:r>
      <w:proofErr w:type="spellEnd"/>
      <w:r w:rsidRPr="00E51607">
        <w:t xml:space="preserve"> za </w:t>
      </w:r>
      <w:proofErr w:type="spellStart"/>
      <w:r w:rsidRPr="00E51607">
        <w:t>dostavu</w:t>
      </w:r>
      <w:proofErr w:type="spellEnd"/>
      <w:r w:rsidRPr="00E51607">
        <w:t xml:space="preserve"> </w:t>
      </w:r>
      <w:proofErr w:type="spellStart"/>
      <w:r w:rsidRPr="00E51607">
        <w:t>prijedloga</w:t>
      </w:r>
      <w:proofErr w:type="spellEnd"/>
      <w:r w:rsidRPr="00E51607">
        <w:t xml:space="preserve">, primjedbi i </w:t>
      </w:r>
      <w:proofErr w:type="spellStart"/>
      <w:r w:rsidRPr="00E51607">
        <w:t>mišljenja</w:t>
      </w:r>
      <w:proofErr w:type="spellEnd"/>
      <w:r w:rsidRPr="00E51607">
        <w:t xml:space="preserve"> </w:t>
      </w:r>
      <w:proofErr w:type="spellStart"/>
      <w:r w:rsidRPr="00E51607">
        <w:t>zainteresirane</w:t>
      </w:r>
      <w:proofErr w:type="spellEnd"/>
      <w:r w:rsidRPr="00E51607">
        <w:t xml:space="preserve"> </w:t>
      </w:r>
      <w:proofErr w:type="spellStart"/>
      <w:r w:rsidRPr="00E51607">
        <w:t>javnosti</w:t>
      </w:r>
      <w:proofErr w:type="spellEnd"/>
      <w:r w:rsidRPr="00E51607">
        <w:t xml:space="preserve">, </w:t>
      </w:r>
      <w:proofErr w:type="spellStart"/>
      <w:r w:rsidRPr="00E51607">
        <w:t>ako</w:t>
      </w:r>
      <w:proofErr w:type="spellEnd"/>
      <w:r w:rsidRPr="00E51607">
        <w:t xml:space="preserve"> se </w:t>
      </w:r>
      <w:proofErr w:type="spellStart"/>
      <w:r w:rsidRPr="00E51607">
        <w:t>objavljuje</w:t>
      </w:r>
      <w:proofErr w:type="spellEnd"/>
      <w:r w:rsidRPr="00E51607">
        <w:t xml:space="preserve"> </w:t>
      </w:r>
      <w:proofErr w:type="spellStart"/>
      <w:r w:rsidRPr="00E51607">
        <w:t>kao</w:t>
      </w:r>
      <w:proofErr w:type="spellEnd"/>
      <w:r w:rsidRPr="00E51607">
        <w:t xml:space="preserve"> </w:t>
      </w:r>
      <w:proofErr w:type="spellStart"/>
      <w:r w:rsidRPr="00E51607">
        <w:t>zaseban</w:t>
      </w:r>
      <w:proofErr w:type="spellEnd"/>
      <w:r w:rsidRPr="00E51607">
        <w:t xml:space="preserve"> </w:t>
      </w:r>
      <w:proofErr w:type="spellStart"/>
      <w:r w:rsidRPr="00E51607">
        <w:t>dokument</w:t>
      </w:r>
      <w:proofErr w:type="spellEnd"/>
      <w:r w:rsidRPr="00E51607">
        <w:t>.</w:t>
      </w:r>
    </w:p>
    <w:p w14:paraId="20F0ECF6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7. NAČIN DOSTAVE PRIJEDLOGA, PRIMJEDBI I MIŠLJENJA</w:t>
      </w:r>
    </w:p>
    <w:p w14:paraId="55BF5DA0" w14:textId="77777777" w:rsidR="005A7756" w:rsidRPr="00E51607" w:rsidRDefault="00A701EB" w:rsidP="00D85AE2">
      <w:pPr>
        <w:jc w:val="both"/>
      </w:pPr>
      <w:r w:rsidRPr="00E51607">
        <w:t xml:space="preserve">Prijedlozi, primjedbe i mišljenja dostavljaju se na obrascu za sudjelovanje u savjetovanju ili u drugom pisanom </w:t>
      </w:r>
      <w:proofErr w:type="spellStart"/>
      <w:r w:rsidRPr="00E51607">
        <w:t>obliku</w:t>
      </w:r>
      <w:proofErr w:type="spellEnd"/>
      <w:r w:rsidRPr="00E51607">
        <w:t xml:space="preserve"> </w:t>
      </w:r>
      <w:proofErr w:type="spellStart"/>
      <w:r w:rsidRPr="00E51607">
        <w:t>iz</w:t>
      </w:r>
      <w:proofErr w:type="spellEnd"/>
      <w:r w:rsidRPr="00E51607">
        <w:t xml:space="preserve"> </w:t>
      </w:r>
      <w:proofErr w:type="spellStart"/>
      <w:r w:rsidRPr="00E51607">
        <w:t>kojeg</w:t>
      </w:r>
      <w:proofErr w:type="spellEnd"/>
      <w:r w:rsidRPr="00E51607">
        <w:t xml:space="preserve"> </w:t>
      </w:r>
      <w:proofErr w:type="spellStart"/>
      <w:r w:rsidRPr="00E51607">
        <w:t>su</w:t>
      </w:r>
      <w:proofErr w:type="spellEnd"/>
      <w:r w:rsidRPr="00E51607">
        <w:t xml:space="preserve"> </w:t>
      </w:r>
      <w:proofErr w:type="spellStart"/>
      <w:r w:rsidRPr="00E51607">
        <w:t>jasno</w:t>
      </w:r>
      <w:proofErr w:type="spellEnd"/>
      <w:r w:rsidRPr="00E51607">
        <w:t xml:space="preserve"> </w:t>
      </w:r>
      <w:proofErr w:type="spellStart"/>
      <w:r w:rsidRPr="00E51607">
        <w:t>vidljivi</w:t>
      </w:r>
      <w:proofErr w:type="spellEnd"/>
      <w:r w:rsidRPr="00E51607">
        <w:t xml:space="preserve"> </w:t>
      </w:r>
      <w:proofErr w:type="spellStart"/>
      <w:r w:rsidRPr="00E51607">
        <w:t>podnositelj</w:t>
      </w:r>
      <w:proofErr w:type="spellEnd"/>
      <w:r w:rsidRPr="00E51607">
        <w:t xml:space="preserve">, </w:t>
      </w:r>
      <w:proofErr w:type="spellStart"/>
      <w:r w:rsidRPr="00E51607">
        <w:t>dio</w:t>
      </w:r>
      <w:proofErr w:type="spellEnd"/>
      <w:r w:rsidRPr="00E51607">
        <w:t xml:space="preserve"> </w:t>
      </w:r>
      <w:proofErr w:type="spellStart"/>
      <w:r w:rsidRPr="00E51607">
        <w:t>Nacrta</w:t>
      </w:r>
      <w:proofErr w:type="spellEnd"/>
      <w:r w:rsidRPr="00E51607">
        <w:t xml:space="preserve"> </w:t>
      </w:r>
      <w:proofErr w:type="spellStart"/>
      <w:r w:rsidRPr="00E51607">
        <w:t>Pravi</w:t>
      </w:r>
      <w:r w:rsidR="00437C31" w:rsidRPr="00E51607">
        <w:t>la</w:t>
      </w:r>
      <w:proofErr w:type="spellEnd"/>
      <w:r w:rsidRPr="00E51607">
        <w:t xml:space="preserve"> na koji se </w:t>
      </w:r>
      <w:proofErr w:type="spellStart"/>
      <w:r w:rsidRPr="00E51607">
        <w:t>primjedba</w:t>
      </w:r>
      <w:proofErr w:type="spellEnd"/>
      <w:r w:rsidRPr="00E51607">
        <w:t xml:space="preserve"> </w:t>
      </w:r>
      <w:proofErr w:type="spellStart"/>
      <w:r w:rsidRPr="00E51607">
        <w:t>odnosi</w:t>
      </w:r>
      <w:proofErr w:type="spellEnd"/>
      <w:r w:rsidRPr="00E51607">
        <w:t xml:space="preserve">, </w:t>
      </w:r>
      <w:proofErr w:type="spellStart"/>
      <w:r w:rsidRPr="00E51607">
        <w:t>prijedlog</w:t>
      </w:r>
      <w:proofErr w:type="spellEnd"/>
      <w:r w:rsidRPr="00E51607">
        <w:t xml:space="preserve"> </w:t>
      </w:r>
      <w:proofErr w:type="spellStart"/>
      <w:r w:rsidRPr="00E51607">
        <w:t>izmjene</w:t>
      </w:r>
      <w:proofErr w:type="spellEnd"/>
      <w:r w:rsidRPr="00E51607">
        <w:t xml:space="preserve"> i </w:t>
      </w:r>
      <w:proofErr w:type="spellStart"/>
      <w:r w:rsidRPr="00E51607">
        <w:t>obrazloženje</w:t>
      </w:r>
      <w:proofErr w:type="spellEnd"/>
      <w:r w:rsidRPr="00E51607">
        <w:t xml:space="preserve"> </w:t>
      </w:r>
      <w:proofErr w:type="spellStart"/>
      <w:r w:rsidRPr="00E51607">
        <w:t>prijedloga</w:t>
      </w:r>
      <w:proofErr w:type="spellEnd"/>
      <w:r w:rsidRPr="00E51607">
        <w:t>.</w:t>
      </w:r>
    </w:p>
    <w:p w14:paraId="2977AF2C" w14:textId="77777777" w:rsidR="005A7756" w:rsidRPr="00E51607" w:rsidRDefault="00A701EB" w:rsidP="00D85AE2">
      <w:pPr>
        <w:jc w:val="both"/>
      </w:pPr>
      <w:proofErr w:type="spellStart"/>
      <w:r w:rsidRPr="00E51607">
        <w:t>Prijedlozi</w:t>
      </w:r>
      <w:proofErr w:type="spellEnd"/>
      <w:r w:rsidRPr="00E51607">
        <w:t xml:space="preserve">, </w:t>
      </w:r>
      <w:proofErr w:type="spellStart"/>
      <w:r w:rsidRPr="00E51607">
        <w:t>primjedbe</w:t>
      </w:r>
      <w:proofErr w:type="spellEnd"/>
      <w:r w:rsidRPr="00E51607">
        <w:t xml:space="preserve"> i </w:t>
      </w:r>
      <w:proofErr w:type="spellStart"/>
      <w:r w:rsidRPr="00E51607">
        <w:t>mišljenja</w:t>
      </w:r>
      <w:proofErr w:type="spellEnd"/>
      <w:r w:rsidRPr="00E51607">
        <w:t xml:space="preserve"> </w:t>
      </w:r>
      <w:proofErr w:type="spellStart"/>
      <w:r w:rsidRPr="00E51607">
        <w:t>dostavljaju</w:t>
      </w:r>
      <w:proofErr w:type="spellEnd"/>
      <w:r w:rsidRPr="00E51607">
        <w:t xml:space="preserve"> se </w:t>
      </w:r>
      <w:proofErr w:type="spellStart"/>
      <w:r w:rsidRPr="00E51607">
        <w:t>elektroničkom</w:t>
      </w:r>
      <w:proofErr w:type="spellEnd"/>
      <w:r w:rsidRPr="00E51607">
        <w:t xml:space="preserve"> </w:t>
      </w:r>
      <w:proofErr w:type="spellStart"/>
      <w:r w:rsidRPr="00E51607">
        <w:t>poštom</w:t>
      </w:r>
      <w:proofErr w:type="spellEnd"/>
      <w:r w:rsidRPr="00E51607">
        <w:t xml:space="preserve"> na </w:t>
      </w:r>
      <w:proofErr w:type="spellStart"/>
      <w:r w:rsidRPr="00E51607">
        <w:t>adresu</w:t>
      </w:r>
      <w:proofErr w:type="spellEnd"/>
      <w:r w:rsidRPr="00E51607">
        <w:t xml:space="preserve">: </w:t>
      </w:r>
      <w:hyperlink r:id="rId10" w:history="1">
        <w:r w:rsidR="0003731C" w:rsidRPr="00E51607">
          <w:rPr>
            <w:rStyle w:val="Hiperveza"/>
          </w:rPr>
          <w:t>dckobz@dckobz.hr</w:t>
        </w:r>
      </w:hyperlink>
      <w:r w:rsidR="0003731C" w:rsidRPr="00E51607">
        <w:t xml:space="preserve">. </w:t>
      </w:r>
    </w:p>
    <w:p w14:paraId="6F8801F9" w14:textId="77777777" w:rsidR="005A7756" w:rsidRPr="00E51607" w:rsidRDefault="00A701EB" w:rsidP="00D85AE2">
      <w:pPr>
        <w:jc w:val="both"/>
      </w:pPr>
      <w:r w:rsidRPr="00E51607">
        <w:t xml:space="preserve">U predmetu elektroničke poruke potrebno je </w:t>
      </w:r>
      <w:proofErr w:type="spellStart"/>
      <w:r w:rsidRPr="00E51607">
        <w:t>navesti</w:t>
      </w:r>
      <w:proofErr w:type="spellEnd"/>
      <w:r w:rsidRPr="00E51607">
        <w:t>: „</w:t>
      </w:r>
      <w:proofErr w:type="spellStart"/>
      <w:r w:rsidRPr="00E51607">
        <w:t>Savjetovanje</w:t>
      </w:r>
      <w:proofErr w:type="spellEnd"/>
      <w:r w:rsidRPr="00E51607">
        <w:t xml:space="preserve"> - </w:t>
      </w:r>
      <w:proofErr w:type="spellStart"/>
      <w:r w:rsidRPr="00E51607">
        <w:t>Nacrt</w:t>
      </w:r>
      <w:proofErr w:type="spellEnd"/>
      <w:r w:rsidRPr="00E51607">
        <w:t xml:space="preserve"> </w:t>
      </w:r>
      <w:proofErr w:type="spellStart"/>
      <w:r w:rsidR="00754681" w:rsidRPr="00E51607">
        <w:t>Pravila</w:t>
      </w:r>
      <w:proofErr w:type="spellEnd"/>
      <w:r w:rsidR="00754681" w:rsidRPr="00E51607">
        <w:t xml:space="preserve"> </w:t>
      </w:r>
      <w:proofErr w:type="spellStart"/>
      <w:r w:rsidR="00754681" w:rsidRPr="00E51607">
        <w:t>zaštite</w:t>
      </w:r>
      <w:proofErr w:type="spellEnd"/>
      <w:r w:rsidR="00754681" w:rsidRPr="00E51607">
        <w:t xml:space="preserve"> </w:t>
      </w:r>
      <w:proofErr w:type="spellStart"/>
      <w:r w:rsidR="00754681" w:rsidRPr="00E51607">
        <w:t>osobnih</w:t>
      </w:r>
      <w:proofErr w:type="spellEnd"/>
      <w:r w:rsidR="00754681" w:rsidRPr="00E51607">
        <w:t xml:space="preserve"> </w:t>
      </w:r>
      <w:proofErr w:type="spellStart"/>
      <w:r w:rsidR="00754681" w:rsidRPr="00E51607">
        <w:t>podataka</w:t>
      </w:r>
      <w:proofErr w:type="spellEnd"/>
      <w:r w:rsidR="00754681" w:rsidRPr="00E51607">
        <w:t xml:space="preserve"> i </w:t>
      </w:r>
      <w:proofErr w:type="spellStart"/>
      <w:r w:rsidR="00754681" w:rsidRPr="00E51607">
        <w:t>privatnosti</w:t>
      </w:r>
      <w:proofErr w:type="spellEnd"/>
      <w:r w:rsidR="00754681" w:rsidRPr="00E51607">
        <w:t xml:space="preserve"> </w:t>
      </w:r>
      <w:proofErr w:type="spellStart"/>
      <w:r w:rsidR="00754681" w:rsidRPr="00E51607">
        <w:t>Hrvatskog</w:t>
      </w:r>
      <w:proofErr w:type="spellEnd"/>
      <w:r w:rsidR="00754681" w:rsidRPr="00E51607">
        <w:t xml:space="preserve"> Crvenog križa </w:t>
      </w:r>
      <w:proofErr w:type="spellStart"/>
      <w:r w:rsidR="00754681" w:rsidRPr="00E51607">
        <w:t>Društva</w:t>
      </w:r>
      <w:proofErr w:type="spellEnd"/>
      <w:r w:rsidR="00754681" w:rsidRPr="00E51607">
        <w:t xml:space="preserve"> Crvenog križa Osječko-baranjske </w:t>
      </w:r>
      <w:proofErr w:type="gramStart"/>
      <w:r w:rsidR="00754681" w:rsidRPr="00E51607">
        <w:t>županije</w:t>
      </w:r>
      <w:r w:rsidRPr="00E51607">
        <w:t>“</w:t>
      </w:r>
      <w:proofErr w:type="gramEnd"/>
      <w:r w:rsidRPr="00E51607">
        <w:t>.</w:t>
      </w:r>
    </w:p>
    <w:p w14:paraId="4FC0A93D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8. ZAVRŠNO IZVJEŠĆE O PROVEDENOM SAVJETOVANJU</w:t>
      </w:r>
    </w:p>
    <w:p w14:paraId="2D2965B3" w14:textId="77777777" w:rsidR="005A7756" w:rsidRPr="00E51607" w:rsidRDefault="00A701EB" w:rsidP="00D85AE2">
      <w:pPr>
        <w:jc w:val="both"/>
      </w:pPr>
      <w:r w:rsidRPr="00E51607">
        <w:t xml:space="preserve">Po isteku roka za savjetovanje Naručitelj će razmotriti zaprimljene prijedloge, primjedbe i </w:t>
      </w:r>
      <w:proofErr w:type="spellStart"/>
      <w:r w:rsidRPr="00E51607">
        <w:t>mišljenja</w:t>
      </w:r>
      <w:proofErr w:type="spellEnd"/>
      <w:r w:rsidRPr="00E51607">
        <w:t xml:space="preserve"> </w:t>
      </w:r>
      <w:proofErr w:type="spellStart"/>
      <w:r w:rsidRPr="00E51607">
        <w:t>te</w:t>
      </w:r>
      <w:proofErr w:type="spellEnd"/>
      <w:r w:rsidRPr="00E51607">
        <w:t xml:space="preserve"> </w:t>
      </w:r>
      <w:proofErr w:type="spellStart"/>
      <w:r w:rsidRPr="00E51607">
        <w:t>izraditi</w:t>
      </w:r>
      <w:proofErr w:type="spellEnd"/>
      <w:r w:rsidRPr="00E51607">
        <w:t xml:space="preserve"> </w:t>
      </w:r>
      <w:proofErr w:type="spellStart"/>
      <w:r w:rsidRPr="00E51607">
        <w:t>Izvješće</w:t>
      </w:r>
      <w:proofErr w:type="spellEnd"/>
      <w:r w:rsidRPr="00E51607">
        <w:t xml:space="preserve"> o </w:t>
      </w:r>
      <w:proofErr w:type="spellStart"/>
      <w:r w:rsidRPr="00E51607">
        <w:t>provedenom</w:t>
      </w:r>
      <w:proofErr w:type="spellEnd"/>
      <w:r w:rsidRPr="00E51607">
        <w:t xml:space="preserve"> </w:t>
      </w:r>
      <w:proofErr w:type="spellStart"/>
      <w:r w:rsidRPr="00E51607">
        <w:t>savjetovanju</w:t>
      </w:r>
      <w:proofErr w:type="spellEnd"/>
      <w:r w:rsidRPr="00E51607">
        <w:t xml:space="preserve"> s </w:t>
      </w:r>
      <w:proofErr w:type="spellStart"/>
      <w:r w:rsidRPr="00E51607">
        <w:t>javnošću</w:t>
      </w:r>
      <w:proofErr w:type="spellEnd"/>
      <w:r w:rsidRPr="00E51607">
        <w:t>.</w:t>
      </w:r>
    </w:p>
    <w:p w14:paraId="282F4405" w14:textId="77777777" w:rsidR="005A7756" w:rsidRPr="00E51607" w:rsidRDefault="00A701EB" w:rsidP="00D85AE2">
      <w:pPr>
        <w:jc w:val="both"/>
      </w:pPr>
      <w:r w:rsidRPr="00E51607">
        <w:t xml:space="preserve">Izvješće će sadržavati pregled </w:t>
      </w:r>
      <w:proofErr w:type="spellStart"/>
      <w:r w:rsidRPr="00E51607">
        <w:t>zaprimljenih</w:t>
      </w:r>
      <w:proofErr w:type="spellEnd"/>
      <w:r w:rsidRPr="00E51607">
        <w:t xml:space="preserve"> </w:t>
      </w:r>
      <w:proofErr w:type="spellStart"/>
      <w:r w:rsidRPr="00E51607">
        <w:t>prijedloga</w:t>
      </w:r>
      <w:proofErr w:type="spellEnd"/>
      <w:r w:rsidRPr="00E51607">
        <w:t xml:space="preserve">, </w:t>
      </w:r>
      <w:proofErr w:type="spellStart"/>
      <w:r w:rsidRPr="00E51607">
        <w:t>primjedbi</w:t>
      </w:r>
      <w:proofErr w:type="spellEnd"/>
      <w:r w:rsidRPr="00E51607">
        <w:t xml:space="preserve"> i </w:t>
      </w:r>
      <w:proofErr w:type="spellStart"/>
      <w:r w:rsidRPr="00E51607">
        <w:t>mišljenja</w:t>
      </w:r>
      <w:proofErr w:type="spellEnd"/>
      <w:r w:rsidRPr="00E51607">
        <w:t xml:space="preserve"> </w:t>
      </w:r>
      <w:proofErr w:type="spellStart"/>
      <w:r w:rsidRPr="00E51607">
        <w:t>te</w:t>
      </w:r>
      <w:proofErr w:type="spellEnd"/>
      <w:r w:rsidRPr="00E51607">
        <w:t xml:space="preserve"> </w:t>
      </w:r>
      <w:proofErr w:type="spellStart"/>
      <w:r w:rsidRPr="00E51607">
        <w:t>očitovanja</w:t>
      </w:r>
      <w:proofErr w:type="spellEnd"/>
      <w:r w:rsidRPr="00E51607">
        <w:t xml:space="preserve"> </w:t>
      </w:r>
      <w:r w:rsidR="00EB062C" w:rsidRPr="00E51607">
        <w:t>HCK DCK Osječko-baranjske županije</w:t>
      </w:r>
      <w:r w:rsidRPr="00E51607">
        <w:t xml:space="preserve"> o </w:t>
      </w:r>
      <w:proofErr w:type="spellStart"/>
      <w:r w:rsidRPr="00E51607">
        <w:t>njihovu</w:t>
      </w:r>
      <w:proofErr w:type="spellEnd"/>
      <w:r w:rsidRPr="00E51607">
        <w:t xml:space="preserve"> </w:t>
      </w:r>
      <w:proofErr w:type="spellStart"/>
      <w:r w:rsidRPr="00E51607">
        <w:t>prihvaćanju</w:t>
      </w:r>
      <w:proofErr w:type="spellEnd"/>
      <w:r w:rsidRPr="00E51607">
        <w:t xml:space="preserve">, </w:t>
      </w:r>
      <w:proofErr w:type="spellStart"/>
      <w:r w:rsidRPr="00E51607">
        <w:t>djelomičnom</w:t>
      </w:r>
      <w:proofErr w:type="spellEnd"/>
      <w:r w:rsidRPr="00E51607">
        <w:t xml:space="preserve"> </w:t>
      </w:r>
      <w:proofErr w:type="spellStart"/>
      <w:r w:rsidRPr="00E51607">
        <w:t>prihvaćanju</w:t>
      </w:r>
      <w:proofErr w:type="spellEnd"/>
      <w:r w:rsidRPr="00E51607">
        <w:t xml:space="preserve"> </w:t>
      </w:r>
      <w:proofErr w:type="spellStart"/>
      <w:r w:rsidRPr="00E51607">
        <w:t>ili</w:t>
      </w:r>
      <w:proofErr w:type="spellEnd"/>
      <w:r w:rsidRPr="00E51607">
        <w:t xml:space="preserve"> </w:t>
      </w:r>
      <w:proofErr w:type="spellStart"/>
      <w:r w:rsidRPr="00E51607">
        <w:t>neprihvaćanju</w:t>
      </w:r>
      <w:proofErr w:type="spellEnd"/>
      <w:r w:rsidRPr="00E51607">
        <w:t xml:space="preserve">, </w:t>
      </w:r>
      <w:proofErr w:type="spellStart"/>
      <w:r w:rsidRPr="00E51607">
        <w:t>uz</w:t>
      </w:r>
      <w:proofErr w:type="spellEnd"/>
      <w:r w:rsidRPr="00E51607">
        <w:t xml:space="preserve"> </w:t>
      </w:r>
      <w:proofErr w:type="spellStart"/>
      <w:r w:rsidRPr="00E51607">
        <w:t>obrazloženje</w:t>
      </w:r>
      <w:proofErr w:type="spellEnd"/>
      <w:r w:rsidRPr="00E51607">
        <w:t xml:space="preserve"> </w:t>
      </w:r>
      <w:proofErr w:type="spellStart"/>
      <w:r w:rsidRPr="00E51607">
        <w:t>razloga</w:t>
      </w:r>
      <w:proofErr w:type="spellEnd"/>
      <w:r w:rsidRPr="00E51607">
        <w:t xml:space="preserve"> za </w:t>
      </w:r>
      <w:proofErr w:type="spellStart"/>
      <w:r w:rsidRPr="00E51607">
        <w:t>neprihvaćanje</w:t>
      </w:r>
      <w:proofErr w:type="spellEnd"/>
      <w:r w:rsidRPr="00E51607">
        <w:t xml:space="preserve"> </w:t>
      </w:r>
      <w:proofErr w:type="spellStart"/>
      <w:r w:rsidRPr="00E51607">
        <w:t>odnosno</w:t>
      </w:r>
      <w:proofErr w:type="spellEnd"/>
      <w:r w:rsidRPr="00E51607">
        <w:t xml:space="preserve"> </w:t>
      </w:r>
      <w:proofErr w:type="spellStart"/>
      <w:r w:rsidRPr="00E51607">
        <w:t>djelomično</w:t>
      </w:r>
      <w:proofErr w:type="spellEnd"/>
      <w:r w:rsidRPr="00E51607">
        <w:t xml:space="preserve"> </w:t>
      </w:r>
      <w:proofErr w:type="spellStart"/>
      <w:r w:rsidRPr="00E51607">
        <w:t>prihvaćanje</w:t>
      </w:r>
      <w:proofErr w:type="spellEnd"/>
      <w:r w:rsidRPr="00E51607">
        <w:t>.</w:t>
      </w:r>
    </w:p>
    <w:p w14:paraId="38512BF0" w14:textId="77777777" w:rsidR="008376FB" w:rsidRPr="00E51607" w:rsidRDefault="00A701EB" w:rsidP="00D85AE2">
      <w:pPr>
        <w:jc w:val="both"/>
      </w:pPr>
      <w:proofErr w:type="spellStart"/>
      <w:r w:rsidRPr="00E51607">
        <w:t>Izvješće</w:t>
      </w:r>
      <w:proofErr w:type="spellEnd"/>
      <w:r w:rsidRPr="00E51607">
        <w:t xml:space="preserve"> o </w:t>
      </w:r>
      <w:proofErr w:type="spellStart"/>
      <w:r w:rsidRPr="00E51607">
        <w:t>provedenom</w:t>
      </w:r>
      <w:proofErr w:type="spellEnd"/>
      <w:r w:rsidRPr="00E51607">
        <w:t xml:space="preserve"> </w:t>
      </w:r>
      <w:proofErr w:type="spellStart"/>
      <w:r w:rsidRPr="00E51607">
        <w:t>savjetovanju</w:t>
      </w:r>
      <w:proofErr w:type="spellEnd"/>
      <w:r w:rsidRPr="00E51607">
        <w:t xml:space="preserve"> </w:t>
      </w:r>
      <w:proofErr w:type="spellStart"/>
      <w:r w:rsidRPr="00E51607">
        <w:t>objavit</w:t>
      </w:r>
      <w:proofErr w:type="spellEnd"/>
      <w:r w:rsidRPr="00E51607">
        <w:t xml:space="preserve"> </w:t>
      </w:r>
      <w:proofErr w:type="spellStart"/>
      <w:r w:rsidRPr="00E51607">
        <w:t>će</w:t>
      </w:r>
      <w:proofErr w:type="spellEnd"/>
      <w:r w:rsidRPr="00E51607">
        <w:t xml:space="preserve"> se na </w:t>
      </w:r>
      <w:proofErr w:type="spellStart"/>
      <w:r w:rsidRPr="00E51607">
        <w:t>službenim</w:t>
      </w:r>
      <w:proofErr w:type="spellEnd"/>
      <w:r w:rsidRPr="00E51607">
        <w:t xml:space="preserve"> </w:t>
      </w:r>
      <w:proofErr w:type="spellStart"/>
      <w:r w:rsidRPr="00E51607">
        <w:t>internetskim</w:t>
      </w:r>
      <w:proofErr w:type="spellEnd"/>
      <w:r w:rsidRPr="00E51607">
        <w:t xml:space="preserve"> </w:t>
      </w:r>
      <w:proofErr w:type="spellStart"/>
      <w:r w:rsidRPr="00E51607">
        <w:t>stranicama</w:t>
      </w:r>
      <w:proofErr w:type="spellEnd"/>
      <w:r w:rsidRPr="00E51607">
        <w:t xml:space="preserve"> </w:t>
      </w:r>
      <w:proofErr w:type="spellStart"/>
      <w:r w:rsidR="00C87D5B" w:rsidRPr="00E51607">
        <w:t>Hrvatskog</w:t>
      </w:r>
      <w:proofErr w:type="spellEnd"/>
      <w:r w:rsidR="00C87D5B" w:rsidRPr="00E51607">
        <w:t xml:space="preserve"> Crvenog križa </w:t>
      </w:r>
      <w:proofErr w:type="spellStart"/>
      <w:r w:rsidR="00C87D5B" w:rsidRPr="00E51607">
        <w:t>Društva</w:t>
      </w:r>
      <w:proofErr w:type="spellEnd"/>
      <w:r w:rsidR="00C87D5B" w:rsidRPr="00E51607">
        <w:t xml:space="preserve"> Crvenog križa Osječko-baranjske županije</w:t>
      </w:r>
      <w:r w:rsidRPr="00E51607">
        <w:t>.</w:t>
      </w:r>
    </w:p>
    <w:p w14:paraId="1D0F71E7" w14:textId="77777777" w:rsidR="005A7756" w:rsidRPr="00E51607" w:rsidRDefault="00A701EB">
      <w:pPr>
        <w:spacing w:before="120"/>
        <w:jc w:val="center"/>
      </w:pPr>
      <w:r w:rsidRPr="00E51607">
        <w:rPr>
          <w:b/>
        </w:rPr>
        <w:t>9. OKVIRNI PODACI ZA OBJAVU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236"/>
      </w:tblGrid>
      <w:tr w:rsidR="005A7756" w:rsidRPr="00E51607" w14:paraId="7338B8F4" w14:textId="77777777">
        <w:trPr>
          <w:jc w:val="center"/>
        </w:trPr>
        <w:tc>
          <w:tcPr>
            <w:tcW w:w="2835" w:type="dxa"/>
          </w:tcPr>
          <w:p w14:paraId="74916AFB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Naziv savjetovanja</w:t>
            </w:r>
          </w:p>
        </w:tc>
        <w:tc>
          <w:tcPr>
            <w:tcW w:w="6236" w:type="dxa"/>
          </w:tcPr>
          <w:p w14:paraId="09C204A4" w14:textId="77777777" w:rsidR="00EF11FE" w:rsidRPr="00E51607" w:rsidRDefault="00A701EB">
            <w:pPr>
              <w:spacing w:after="0"/>
              <w:rPr>
                <w:sz w:val="22"/>
              </w:rPr>
            </w:pPr>
            <w:proofErr w:type="spellStart"/>
            <w:r w:rsidRPr="00E51607">
              <w:rPr>
                <w:sz w:val="22"/>
              </w:rPr>
              <w:t>Savjetovanje</w:t>
            </w:r>
            <w:proofErr w:type="spellEnd"/>
            <w:r w:rsidRPr="00E51607">
              <w:rPr>
                <w:sz w:val="22"/>
              </w:rPr>
              <w:t xml:space="preserve"> s </w:t>
            </w:r>
            <w:proofErr w:type="spellStart"/>
            <w:r w:rsidRPr="00E51607">
              <w:rPr>
                <w:sz w:val="22"/>
              </w:rPr>
              <w:t>javnošću</w:t>
            </w:r>
            <w:proofErr w:type="spellEnd"/>
            <w:r w:rsidRPr="00E51607">
              <w:rPr>
                <w:sz w:val="22"/>
              </w:rPr>
              <w:t xml:space="preserve"> o </w:t>
            </w:r>
            <w:proofErr w:type="spellStart"/>
            <w:r w:rsidRPr="00E51607">
              <w:rPr>
                <w:sz w:val="22"/>
              </w:rPr>
              <w:t>Nacrtu</w:t>
            </w:r>
            <w:proofErr w:type="spellEnd"/>
            <w:r w:rsidRPr="00E51607">
              <w:rPr>
                <w:sz w:val="22"/>
              </w:rPr>
              <w:t xml:space="preserve"> </w:t>
            </w:r>
            <w:proofErr w:type="spellStart"/>
            <w:r w:rsidR="00EF11FE" w:rsidRPr="00E51607">
              <w:t>Pravila</w:t>
            </w:r>
            <w:proofErr w:type="spellEnd"/>
            <w:r w:rsidR="00EF11FE" w:rsidRPr="00E51607">
              <w:t xml:space="preserve"> </w:t>
            </w:r>
            <w:proofErr w:type="spellStart"/>
            <w:r w:rsidR="00EF11FE" w:rsidRPr="00E51607">
              <w:t>zaštite</w:t>
            </w:r>
            <w:proofErr w:type="spellEnd"/>
            <w:r w:rsidR="00EF11FE" w:rsidRPr="00E51607">
              <w:t xml:space="preserve"> </w:t>
            </w:r>
            <w:proofErr w:type="spellStart"/>
            <w:r w:rsidR="00EF11FE" w:rsidRPr="00E51607">
              <w:t>osobnih</w:t>
            </w:r>
            <w:proofErr w:type="spellEnd"/>
            <w:r w:rsidR="00EF11FE" w:rsidRPr="00E51607">
              <w:t xml:space="preserve"> </w:t>
            </w:r>
            <w:proofErr w:type="spellStart"/>
            <w:r w:rsidR="00EF11FE" w:rsidRPr="00E51607">
              <w:t>podataka</w:t>
            </w:r>
            <w:proofErr w:type="spellEnd"/>
            <w:r w:rsidR="00EF11FE" w:rsidRPr="00E51607">
              <w:t xml:space="preserve"> i </w:t>
            </w:r>
            <w:proofErr w:type="spellStart"/>
            <w:r w:rsidR="00EF11FE" w:rsidRPr="00E51607">
              <w:t>privatnosti</w:t>
            </w:r>
            <w:proofErr w:type="spellEnd"/>
            <w:r w:rsidR="00EF11FE" w:rsidRPr="00E51607">
              <w:t xml:space="preserve"> </w:t>
            </w:r>
            <w:proofErr w:type="spellStart"/>
            <w:r w:rsidR="00EF11FE" w:rsidRPr="00E51607">
              <w:t>Hrvatskog</w:t>
            </w:r>
            <w:proofErr w:type="spellEnd"/>
            <w:r w:rsidR="00EF11FE" w:rsidRPr="00E51607">
              <w:t xml:space="preserve"> Crvenog križa </w:t>
            </w:r>
            <w:proofErr w:type="spellStart"/>
            <w:r w:rsidR="00EF11FE" w:rsidRPr="00E51607">
              <w:t>Društva</w:t>
            </w:r>
            <w:proofErr w:type="spellEnd"/>
            <w:r w:rsidR="00EF11FE" w:rsidRPr="00E51607">
              <w:t xml:space="preserve"> Crvenog križa Osječko-baranjske županije.</w:t>
            </w:r>
          </w:p>
        </w:tc>
      </w:tr>
      <w:tr w:rsidR="005A7756" w:rsidRPr="00E51607" w14:paraId="60A2CCF0" w14:textId="77777777">
        <w:trPr>
          <w:jc w:val="center"/>
        </w:trPr>
        <w:tc>
          <w:tcPr>
            <w:tcW w:w="2835" w:type="dxa"/>
          </w:tcPr>
          <w:p w14:paraId="621C5D61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Nositelj savjetovanja</w:t>
            </w:r>
          </w:p>
        </w:tc>
        <w:tc>
          <w:tcPr>
            <w:tcW w:w="6236" w:type="dxa"/>
          </w:tcPr>
          <w:p w14:paraId="75372C13" w14:textId="77777777" w:rsidR="005A7756" w:rsidRPr="00E51607" w:rsidRDefault="00A701EB">
            <w:pPr>
              <w:spacing w:after="0"/>
              <w:rPr>
                <w:sz w:val="22"/>
              </w:rPr>
            </w:pPr>
            <w:r w:rsidRPr="00E51607">
              <w:rPr>
                <w:sz w:val="22"/>
              </w:rPr>
              <w:t xml:space="preserve">Hrvatski Crveni križ </w:t>
            </w:r>
            <w:r w:rsidR="00057160" w:rsidRPr="00E51607">
              <w:rPr>
                <w:sz w:val="22"/>
              </w:rPr>
              <w:t>Društvo Crvenog križa Osječko-baranjske županije</w:t>
            </w:r>
          </w:p>
        </w:tc>
      </w:tr>
      <w:tr w:rsidR="005A7756" w:rsidRPr="00E51607" w14:paraId="75FF13FF" w14:textId="77777777">
        <w:trPr>
          <w:jc w:val="center"/>
        </w:trPr>
        <w:tc>
          <w:tcPr>
            <w:tcW w:w="2835" w:type="dxa"/>
          </w:tcPr>
          <w:p w14:paraId="609CECBA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Pravna osnova</w:t>
            </w:r>
          </w:p>
        </w:tc>
        <w:tc>
          <w:tcPr>
            <w:tcW w:w="6236" w:type="dxa"/>
          </w:tcPr>
          <w:p w14:paraId="7F3277BB" w14:textId="77777777" w:rsidR="00FC60C4" w:rsidRDefault="00FC60C4">
            <w:pPr>
              <w:spacing w:after="0"/>
              <w:rPr>
                <w:sz w:val="22"/>
                <w:highlight w:val="yellow"/>
              </w:rPr>
            </w:pPr>
          </w:p>
          <w:p w14:paraId="4E282ACF" w14:textId="77777777" w:rsidR="005A7756" w:rsidRPr="00E51607" w:rsidRDefault="00A701EB">
            <w:pPr>
              <w:spacing w:after="0"/>
            </w:pPr>
            <w:r w:rsidRPr="00E51607">
              <w:rPr>
                <w:sz w:val="22"/>
              </w:rPr>
              <w:t xml:space="preserve">i </w:t>
            </w:r>
            <w:proofErr w:type="spellStart"/>
            <w:r w:rsidRPr="00E51607">
              <w:rPr>
                <w:sz w:val="22"/>
              </w:rPr>
              <w:t>članak</w:t>
            </w:r>
            <w:proofErr w:type="spellEnd"/>
            <w:r w:rsidRPr="00E51607">
              <w:rPr>
                <w:sz w:val="22"/>
              </w:rPr>
              <w:t xml:space="preserve"> </w:t>
            </w:r>
            <w:r w:rsidR="00057160" w:rsidRPr="00E51607">
              <w:rPr>
                <w:sz w:val="22"/>
              </w:rPr>
              <w:t>52</w:t>
            </w:r>
            <w:r w:rsidRPr="00E51607">
              <w:rPr>
                <w:sz w:val="22"/>
              </w:rPr>
              <w:t xml:space="preserve">. </w:t>
            </w:r>
            <w:proofErr w:type="spellStart"/>
            <w:r w:rsidRPr="00E51607">
              <w:rPr>
                <w:sz w:val="22"/>
              </w:rPr>
              <w:t>Statuta</w:t>
            </w:r>
            <w:proofErr w:type="spellEnd"/>
            <w:r w:rsidRPr="00E51607">
              <w:rPr>
                <w:sz w:val="22"/>
              </w:rPr>
              <w:t xml:space="preserve"> HCK </w:t>
            </w:r>
            <w:r w:rsidR="00057160" w:rsidRPr="00E51607">
              <w:rPr>
                <w:sz w:val="22"/>
              </w:rPr>
              <w:t xml:space="preserve">DCK Osječko-baranjske županije </w:t>
            </w:r>
          </w:p>
        </w:tc>
      </w:tr>
      <w:tr w:rsidR="005A7756" w:rsidRPr="00E51607" w14:paraId="6B582D83" w14:textId="77777777">
        <w:trPr>
          <w:jc w:val="center"/>
        </w:trPr>
        <w:tc>
          <w:tcPr>
            <w:tcW w:w="2835" w:type="dxa"/>
          </w:tcPr>
          <w:p w14:paraId="55AF24CE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Početak savjetovanja</w:t>
            </w:r>
          </w:p>
        </w:tc>
        <w:tc>
          <w:tcPr>
            <w:tcW w:w="6236" w:type="dxa"/>
          </w:tcPr>
          <w:p w14:paraId="3B23E6C0" w14:textId="303D4CC2" w:rsidR="005A7756" w:rsidRPr="00E51607" w:rsidRDefault="003C6B4E">
            <w:pPr>
              <w:spacing w:after="0"/>
            </w:pPr>
            <w:r>
              <w:rPr>
                <w:sz w:val="22"/>
              </w:rPr>
              <w:t xml:space="preserve">13. </w:t>
            </w:r>
            <w:proofErr w:type="spellStart"/>
            <w:r w:rsidR="00A701EB" w:rsidRPr="00E51607">
              <w:rPr>
                <w:sz w:val="22"/>
              </w:rPr>
              <w:t>srpnja</w:t>
            </w:r>
            <w:proofErr w:type="spellEnd"/>
            <w:r w:rsidR="00A701EB" w:rsidRPr="00E51607">
              <w:rPr>
                <w:sz w:val="22"/>
              </w:rPr>
              <w:t xml:space="preserve"> 2026.</w:t>
            </w:r>
          </w:p>
        </w:tc>
      </w:tr>
      <w:tr w:rsidR="005A7756" w:rsidRPr="00E51607" w14:paraId="76AFA737" w14:textId="77777777">
        <w:trPr>
          <w:jc w:val="center"/>
        </w:trPr>
        <w:tc>
          <w:tcPr>
            <w:tcW w:w="2835" w:type="dxa"/>
          </w:tcPr>
          <w:p w14:paraId="30D6EBA8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Završetak savjetovanja</w:t>
            </w:r>
          </w:p>
        </w:tc>
        <w:tc>
          <w:tcPr>
            <w:tcW w:w="6236" w:type="dxa"/>
          </w:tcPr>
          <w:p w14:paraId="401B699E" w14:textId="7B94EDC7" w:rsidR="005A7756" w:rsidRPr="00E51607" w:rsidRDefault="003C6B4E">
            <w:pPr>
              <w:spacing w:after="0"/>
            </w:pPr>
            <w:r>
              <w:rPr>
                <w:sz w:val="22"/>
              </w:rPr>
              <w:t xml:space="preserve">12. </w:t>
            </w:r>
            <w:proofErr w:type="spellStart"/>
            <w:r w:rsidR="00334217" w:rsidRPr="00E51607">
              <w:rPr>
                <w:sz w:val="22"/>
              </w:rPr>
              <w:t>kolovoza</w:t>
            </w:r>
            <w:proofErr w:type="spellEnd"/>
            <w:r w:rsidR="00A701EB" w:rsidRPr="00E51607">
              <w:rPr>
                <w:sz w:val="22"/>
              </w:rPr>
              <w:t xml:space="preserve"> 2026.</w:t>
            </w:r>
          </w:p>
        </w:tc>
      </w:tr>
      <w:tr w:rsidR="005A7756" w:rsidRPr="00E51607" w14:paraId="5B7C2313" w14:textId="77777777">
        <w:trPr>
          <w:jc w:val="center"/>
        </w:trPr>
        <w:tc>
          <w:tcPr>
            <w:tcW w:w="2835" w:type="dxa"/>
          </w:tcPr>
          <w:p w14:paraId="4BAEDA7F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Način dostave očitovanja</w:t>
            </w:r>
          </w:p>
        </w:tc>
        <w:tc>
          <w:tcPr>
            <w:tcW w:w="6236" w:type="dxa"/>
          </w:tcPr>
          <w:p w14:paraId="0E011B2C" w14:textId="77777777" w:rsidR="005A7756" w:rsidRPr="00E51607" w:rsidRDefault="00A701EB" w:rsidP="00A701EB">
            <w:pPr>
              <w:spacing w:after="0"/>
            </w:pPr>
            <w:proofErr w:type="spellStart"/>
            <w:r w:rsidRPr="00E51607">
              <w:rPr>
                <w:sz w:val="22"/>
              </w:rPr>
              <w:t>Elektroničkom</w:t>
            </w:r>
            <w:proofErr w:type="spellEnd"/>
            <w:r w:rsidRPr="00E51607">
              <w:rPr>
                <w:sz w:val="22"/>
              </w:rPr>
              <w:t xml:space="preserve"> </w:t>
            </w:r>
            <w:proofErr w:type="spellStart"/>
            <w:r w:rsidRPr="00E51607">
              <w:rPr>
                <w:sz w:val="22"/>
              </w:rPr>
              <w:t>poštom</w:t>
            </w:r>
            <w:proofErr w:type="spellEnd"/>
            <w:r w:rsidRPr="00E51607">
              <w:rPr>
                <w:sz w:val="22"/>
              </w:rPr>
              <w:t xml:space="preserve"> na </w:t>
            </w:r>
            <w:proofErr w:type="spellStart"/>
            <w:r w:rsidRPr="00E51607">
              <w:rPr>
                <w:sz w:val="22"/>
              </w:rPr>
              <w:t>adresu</w:t>
            </w:r>
            <w:proofErr w:type="spellEnd"/>
            <w:r w:rsidRPr="00E51607">
              <w:rPr>
                <w:sz w:val="22"/>
              </w:rPr>
              <w:t xml:space="preserve">: </w:t>
            </w:r>
            <w:hyperlink r:id="rId11" w:history="1">
              <w:r w:rsidR="009850A2" w:rsidRPr="00E51607">
                <w:rPr>
                  <w:rStyle w:val="Hiperveza"/>
                  <w:sz w:val="22"/>
                </w:rPr>
                <w:t>d</w:t>
              </w:r>
              <w:r w:rsidR="009850A2" w:rsidRPr="00E51607">
                <w:rPr>
                  <w:rStyle w:val="Hiperveza"/>
                </w:rPr>
                <w:t>ckobz@dckobz.hr</w:t>
              </w:r>
            </w:hyperlink>
            <w:r w:rsidRPr="00E51607">
              <w:rPr>
                <w:sz w:val="22"/>
              </w:rPr>
              <w:t xml:space="preserve"> </w:t>
            </w:r>
          </w:p>
        </w:tc>
      </w:tr>
      <w:tr w:rsidR="005A7756" w:rsidRPr="00E51607" w14:paraId="66CFF739" w14:textId="77777777">
        <w:trPr>
          <w:jc w:val="center"/>
        </w:trPr>
        <w:tc>
          <w:tcPr>
            <w:tcW w:w="2835" w:type="dxa"/>
          </w:tcPr>
          <w:p w14:paraId="445A83AB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Kontakt osoba / služba</w:t>
            </w:r>
          </w:p>
        </w:tc>
        <w:tc>
          <w:tcPr>
            <w:tcW w:w="6236" w:type="dxa"/>
          </w:tcPr>
          <w:p w14:paraId="5F7A02F2" w14:textId="77777777" w:rsidR="005A7756" w:rsidRPr="00E51607" w:rsidRDefault="00AF4BFE">
            <w:pPr>
              <w:spacing w:after="0"/>
            </w:pPr>
            <w:r w:rsidRPr="00E51607">
              <w:rPr>
                <w:sz w:val="22"/>
              </w:rPr>
              <w:t xml:space="preserve">Goran Latković </w:t>
            </w:r>
          </w:p>
        </w:tc>
      </w:tr>
      <w:tr w:rsidR="005A7756" w:rsidRPr="00E51607" w14:paraId="0211CF89" w14:textId="77777777">
        <w:trPr>
          <w:jc w:val="center"/>
        </w:trPr>
        <w:tc>
          <w:tcPr>
            <w:tcW w:w="2835" w:type="dxa"/>
          </w:tcPr>
          <w:p w14:paraId="534C2278" w14:textId="77777777" w:rsidR="005A7756" w:rsidRPr="00E51607" w:rsidRDefault="00A701EB">
            <w:pPr>
              <w:spacing w:after="0"/>
            </w:pPr>
            <w:r w:rsidRPr="00E51607">
              <w:rPr>
                <w:b/>
                <w:sz w:val="22"/>
              </w:rPr>
              <w:t>Prilozi objavi</w:t>
            </w:r>
          </w:p>
        </w:tc>
        <w:tc>
          <w:tcPr>
            <w:tcW w:w="6236" w:type="dxa"/>
          </w:tcPr>
          <w:p w14:paraId="2AD32A7D" w14:textId="77777777" w:rsidR="005A7756" w:rsidRPr="00E51607" w:rsidRDefault="00A701EB" w:rsidP="00F6762F">
            <w:pPr>
              <w:spacing w:after="0"/>
            </w:pPr>
            <w:proofErr w:type="spellStart"/>
            <w:r w:rsidRPr="00E51607">
              <w:rPr>
                <w:sz w:val="22"/>
              </w:rPr>
              <w:t>Nacrt</w:t>
            </w:r>
            <w:proofErr w:type="spellEnd"/>
            <w:r w:rsidRPr="00E51607">
              <w:rPr>
                <w:sz w:val="22"/>
              </w:rPr>
              <w:t xml:space="preserve"> </w:t>
            </w:r>
            <w:proofErr w:type="spellStart"/>
            <w:r w:rsidRPr="00E51607">
              <w:rPr>
                <w:sz w:val="22"/>
              </w:rPr>
              <w:t>Pra</w:t>
            </w:r>
            <w:r w:rsidR="00EF11FE" w:rsidRPr="00E51607">
              <w:rPr>
                <w:sz w:val="22"/>
              </w:rPr>
              <w:t>vila</w:t>
            </w:r>
            <w:proofErr w:type="spellEnd"/>
            <w:r w:rsidRPr="00E51607">
              <w:rPr>
                <w:sz w:val="22"/>
              </w:rPr>
              <w:t xml:space="preserve">; </w:t>
            </w:r>
            <w:proofErr w:type="spellStart"/>
            <w:r w:rsidR="00EF11FE" w:rsidRPr="00E51607">
              <w:rPr>
                <w:sz w:val="22"/>
              </w:rPr>
              <w:t>O</w:t>
            </w:r>
            <w:r w:rsidRPr="00E51607">
              <w:rPr>
                <w:sz w:val="22"/>
              </w:rPr>
              <w:t>brazac</w:t>
            </w:r>
            <w:proofErr w:type="spellEnd"/>
            <w:r w:rsidRPr="00E51607">
              <w:rPr>
                <w:sz w:val="22"/>
              </w:rPr>
              <w:t xml:space="preserve"> za </w:t>
            </w:r>
            <w:proofErr w:type="spellStart"/>
            <w:r w:rsidRPr="00E51607">
              <w:rPr>
                <w:sz w:val="22"/>
              </w:rPr>
              <w:t>dostavu</w:t>
            </w:r>
            <w:proofErr w:type="spellEnd"/>
            <w:r w:rsidRPr="00E51607">
              <w:rPr>
                <w:sz w:val="22"/>
              </w:rPr>
              <w:t xml:space="preserve"> </w:t>
            </w:r>
            <w:proofErr w:type="spellStart"/>
            <w:r w:rsidRPr="00E51607">
              <w:rPr>
                <w:sz w:val="22"/>
              </w:rPr>
              <w:t>prijedloga</w:t>
            </w:r>
            <w:proofErr w:type="spellEnd"/>
            <w:r w:rsidRPr="00E51607">
              <w:rPr>
                <w:sz w:val="22"/>
              </w:rPr>
              <w:t xml:space="preserve">, </w:t>
            </w:r>
            <w:proofErr w:type="spellStart"/>
            <w:r w:rsidRPr="00E51607">
              <w:rPr>
                <w:sz w:val="22"/>
              </w:rPr>
              <w:t>primjedbi</w:t>
            </w:r>
            <w:proofErr w:type="spellEnd"/>
            <w:r w:rsidRPr="00E51607">
              <w:rPr>
                <w:sz w:val="22"/>
              </w:rPr>
              <w:t xml:space="preserve"> i mišljenja</w:t>
            </w:r>
          </w:p>
        </w:tc>
      </w:tr>
    </w:tbl>
    <w:p w14:paraId="0053713F" w14:textId="77777777" w:rsidR="00A701EB" w:rsidRPr="00E51607" w:rsidRDefault="00A701EB"/>
    <w:p w14:paraId="66BC41F6" w14:textId="3EE2E86C" w:rsidR="008376FB" w:rsidRPr="00E51607" w:rsidRDefault="008376FB" w:rsidP="008376FB">
      <w:r w:rsidRPr="00E51607">
        <w:t xml:space="preserve">     </w:t>
      </w:r>
      <w:r w:rsidR="001E6B16" w:rsidRPr="00E51607">
        <w:t>U Osijeku,</w:t>
      </w:r>
      <w:r w:rsidR="003C6B4E">
        <w:t xml:space="preserve"> 13. </w:t>
      </w:r>
      <w:proofErr w:type="spellStart"/>
      <w:r w:rsidR="003C6B4E">
        <w:t>srpnja</w:t>
      </w:r>
      <w:proofErr w:type="spellEnd"/>
      <w:r w:rsidR="001E6B16" w:rsidRPr="00E51607">
        <w:t xml:space="preserve"> 2026. </w:t>
      </w:r>
      <w:proofErr w:type="spellStart"/>
      <w:r w:rsidR="001E6B16" w:rsidRPr="00E51607">
        <w:t>g</w:t>
      </w:r>
      <w:r w:rsidRPr="00E51607">
        <w:t>odine</w:t>
      </w:r>
      <w:proofErr w:type="spellEnd"/>
    </w:p>
    <w:p w14:paraId="5F3B649D" w14:textId="77777777" w:rsidR="008376FB" w:rsidRPr="00E51607" w:rsidRDefault="008376FB" w:rsidP="00A37744">
      <w:pPr>
        <w:jc w:val="right"/>
      </w:pPr>
    </w:p>
    <w:p w14:paraId="048FCA9B" w14:textId="77777777" w:rsidR="00A701EB" w:rsidRPr="00E51607" w:rsidRDefault="00CE72EA" w:rsidP="00A37744">
      <w:pPr>
        <w:jc w:val="right"/>
      </w:pPr>
      <w:r w:rsidRPr="00E51607">
        <w:t>RAVNATELJ:</w:t>
      </w:r>
    </w:p>
    <w:p w14:paraId="4216E50B" w14:textId="21FB3A86" w:rsidR="00A701EB" w:rsidRDefault="008A291C" w:rsidP="003C6B4E">
      <w:pPr>
        <w:jc w:val="right"/>
      </w:pPr>
      <w:r w:rsidRPr="00E51607">
        <w:t xml:space="preserve"> </w:t>
      </w:r>
      <w:r w:rsidR="00985162" w:rsidRPr="00E51607">
        <w:t xml:space="preserve">Goran Latković, mag. </w:t>
      </w:r>
      <w:proofErr w:type="spellStart"/>
      <w:r w:rsidR="00985162" w:rsidRPr="00E51607">
        <w:t>oec</w:t>
      </w:r>
      <w:proofErr w:type="spellEnd"/>
      <w:r w:rsidR="00985162" w:rsidRPr="00E51607">
        <w:t>.</w:t>
      </w:r>
    </w:p>
    <w:sectPr w:rsidR="00A701EB" w:rsidSect="00034616">
      <w:footerReference w:type="default" r:id="rId12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B449" w14:textId="77777777" w:rsidR="005D71E1" w:rsidRDefault="005D71E1">
      <w:pPr>
        <w:spacing w:after="0" w:line="240" w:lineRule="auto"/>
      </w:pPr>
      <w:r>
        <w:separator/>
      </w:r>
    </w:p>
  </w:endnote>
  <w:endnote w:type="continuationSeparator" w:id="0">
    <w:p w14:paraId="156BDE07" w14:textId="77777777" w:rsidR="005D71E1" w:rsidRDefault="005D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8180" w14:textId="77777777" w:rsidR="005A7756" w:rsidRDefault="005A775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7F4B1" w14:textId="77777777" w:rsidR="005D71E1" w:rsidRDefault="005D71E1">
      <w:pPr>
        <w:spacing w:after="0" w:line="240" w:lineRule="auto"/>
      </w:pPr>
      <w:r>
        <w:separator/>
      </w:r>
    </w:p>
  </w:footnote>
  <w:footnote w:type="continuationSeparator" w:id="0">
    <w:p w14:paraId="4B6FD108" w14:textId="77777777" w:rsidR="005D71E1" w:rsidRDefault="005D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9754637">
    <w:abstractNumId w:val="8"/>
  </w:num>
  <w:num w:numId="2" w16cid:durableId="1859856206">
    <w:abstractNumId w:val="6"/>
  </w:num>
  <w:num w:numId="3" w16cid:durableId="112215564">
    <w:abstractNumId w:val="5"/>
  </w:num>
  <w:num w:numId="4" w16cid:durableId="76244289">
    <w:abstractNumId w:val="4"/>
  </w:num>
  <w:num w:numId="5" w16cid:durableId="1319654856">
    <w:abstractNumId w:val="7"/>
  </w:num>
  <w:num w:numId="6" w16cid:durableId="1040744395">
    <w:abstractNumId w:val="3"/>
  </w:num>
  <w:num w:numId="7" w16cid:durableId="2103915338">
    <w:abstractNumId w:val="2"/>
  </w:num>
  <w:num w:numId="8" w16cid:durableId="414014431">
    <w:abstractNumId w:val="1"/>
  </w:num>
  <w:num w:numId="9" w16cid:durableId="7427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D4C"/>
    <w:rsid w:val="00034616"/>
    <w:rsid w:val="000358B0"/>
    <w:rsid w:val="0003731C"/>
    <w:rsid w:val="00057160"/>
    <w:rsid w:val="0006063C"/>
    <w:rsid w:val="00065296"/>
    <w:rsid w:val="000703D9"/>
    <w:rsid w:val="000B615C"/>
    <w:rsid w:val="000D37CE"/>
    <w:rsid w:val="000D60DA"/>
    <w:rsid w:val="0015074B"/>
    <w:rsid w:val="00170629"/>
    <w:rsid w:val="00190F23"/>
    <w:rsid w:val="001E6B16"/>
    <w:rsid w:val="00202655"/>
    <w:rsid w:val="00222C1C"/>
    <w:rsid w:val="002663E4"/>
    <w:rsid w:val="00281152"/>
    <w:rsid w:val="0029639D"/>
    <w:rsid w:val="002A13D2"/>
    <w:rsid w:val="002F0696"/>
    <w:rsid w:val="00306D7C"/>
    <w:rsid w:val="00322E46"/>
    <w:rsid w:val="00326F90"/>
    <w:rsid w:val="00334217"/>
    <w:rsid w:val="00353B7E"/>
    <w:rsid w:val="003B43D2"/>
    <w:rsid w:val="003C0640"/>
    <w:rsid w:val="003C6B4E"/>
    <w:rsid w:val="003E0E22"/>
    <w:rsid w:val="0042019A"/>
    <w:rsid w:val="00431E96"/>
    <w:rsid w:val="0043347C"/>
    <w:rsid w:val="00437C31"/>
    <w:rsid w:val="0045490A"/>
    <w:rsid w:val="00472BB8"/>
    <w:rsid w:val="004B1F4B"/>
    <w:rsid w:val="004E2C2C"/>
    <w:rsid w:val="004F195E"/>
    <w:rsid w:val="00512531"/>
    <w:rsid w:val="00524C04"/>
    <w:rsid w:val="0053157E"/>
    <w:rsid w:val="00557CA6"/>
    <w:rsid w:val="00557CB1"/>
    <w:rsid w:val="005838A9"/>
    <w:rsid w:val="005A7756"/>
    <w:rsid w:val="005D71E1"/>
    <w:rsid w:val="00632492"/>
    <w:rsid w:val="00635B99"/>
    <w:rsid w:val="006A4771"/>
    <w:rsid w:val="006B6851"/>
    <w:rsid w:val="0071541C"/>
    <w:rsid w:val="00754681"/>
    <w:rsid w:val="007820A8"/>
    <w:rsid w:val="007A3F7A"/>
    <w:rsid w:val="007F4887"/>
    <w:rsid w:val="00811C19"/>
    <w:rsid w:val="008376FB"/>
    <w:rsid w:val="00855CED"/>
    <w:rsid w:val="008950D6"/>
    <w:rsid w:val="00895B84"/>
    <w:rsid w:val="008A291C"/>
    <w:rsid w:val="008A59FD"/>
    <w:rsid w:val="008F5C90"/>
    <w:rsid w:val="009160D7"/>
    <w:rsid w:val="009251D8"/>
    <w:rsid w:val="009411FF"/>
    <w:rsid w:val="00943309"/>
    <w:rsid w:val="00977DCB"/>
    <w:rsid w:val="009850A2"/>
    <w:rsid w:val="00985162"/>
    <w:rsid w:val="009B04F7"/>
    <w:rsid w:val="009C15B9"/>
    <w:rsid w:val="009E2282"/>
    <w:rsid w:val="009E4627"/>
    <w:rsid w:val="00A0563F"/>
    <w:rsid w:val="00A25787"/>
    <w:rsid w:val="00A348E2"/>
    <w:rsid w:val="00A34A70"/>
    <w:rsid w:val="00A374B7"/>
    <w:rsid w:val="00A37744"/>
    <w:rsid w:val="00A701EB"/>
    <w:rsid w:val="00A9333C"/>
    <w:rsid w:val="00AA1D8D"/>
    <w:rsid w:val="00AF4BFE"/>
    <w:rsid w:val="00AF7EB7"/>
    <w:rsid w:val="00B17827"/>
    <w:rsid w:val="00B47730"/>
    <w:rsid w:val="00B5332C"/>
    <w:rsid w:val="00B55649"/>
    <w:rsid w:val="00B66260"/>
    <w:rsid w:val="00B72219"/>
    <w:rsid w:val="00BA36BB"/>
    <w:rsid w:val="00BE4378"/>
    <w:rsid w:val="00C2457C"/>
    <w:rsid w:val="00C4145E"/>
    <w:rsid w:val="00C46107"/>
    <w:rsid w:val="00C702DB"/>
    <w:rsid w:val="00C80D46"/>
    <w:rsid w:val="00C8601E"/>
    <w:rsid w:val="00C87D5B"/>
    <w:rsid w:val="00C907A2"/>
    <w:rsid w:val="00C92257"/>
    <w:rsid w:val="00CA2282"/>
    <w:rsid w:val="00CB0664"/>
    <w:rsid w:val="00CE37F1"/>
    <w:rsid w:val="00CE72EA"/>
    <w:rsid w:val="00D01B0F"/>
    <w:rsid w:val="00D538AF"/>
    <w:rsid w:val="00D738F9"/>
    <w:rsid w:val="00D85AE2"/>
    <w:rsid w:val="00D94EF3"/>
    <w:rsid w:val="00DC1B36"/>
    <w:rsid w:val="00E42199"/>
    <w:rsid w:val="00E51607"/>
    <w:rsid w:val="00E60D70"/>
    <w:rsid w:val="00EA26D4"/>
    <w:rsid w:val="00EB062C"/>
    <w:rsid w:val="00ED5650"/>
    <w:rsid w:val="00EE2C39"/>
    <w:rsid w:val="00EE3082"/>
    <w:rsid w:val="00EF11FE"/>
    <w:rsid w:val="00F15013"/>
    <w:rsid w:val="00F15652"/>
    <w:rsid w:val="00F6762F"/>
    <w:rsid w:val="00FC60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A7F0"/>
  <w14:defaultImageDpi w14:val="300"/>
  <w15:docId w15:val="{0570987A-D128-4DA2-9C95-1193A789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color w:val="4F81BD" w:themeColor="accent1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A701EB"/>
    <w:rPr>
      <w:color w:val="0000FF" w:themeColor="hyperlink"/>
      <w:u w:val="singl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3731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3731C"/>
    <w:rPr>
      <w:rFonts w:ascii="Times New Roman" w:eastAsia="Times New Roman" w:hAnsi="Times New Roman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03731C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037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ckobz@dckob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ckobz@dckobz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1C9F8E-321F-4D81-9780-C048EFFE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Savjetovanje s javnošću o Nacrtu Pravilnika o jednostavnoj nabavi - HCK GDCK Osijek</vt:lpstr>
      <vt:lpstr/>
    </vt:vector>
  </TitlesOfParts>
  <Manager/>
  <Company/>
  <LinksUpToDate>false</LinksUpToDate>
  <CharactersWithSpaces>6656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Savjetovanje s javnošću o Nacrtu Pravilnika o jednostavnoj nabavi - HCK GDCK Osijek</dc:title>
  <dc:subject>Nacrt dokumenta za objavu savjetovanja</dc:subject>
  <dc:creator>OpenAI</dc:creator>
  <cp:keywords/>
  <dc:description/>
  <cp:lastModifiedBy>Goran Latković</cp:lastModifiedBy>
  <cp:revision>150</cp:revision>
  <cp:lastPrinted>2026-07-14T12:19:00Z</cp:lastPrinted>
  <dcterms:created xsi:type="dcterms:W3CDTF">2013-12-23T23:15:00Z</dcterms:created>
  <dcterms:modified xsi:type="dcterms:W3CDTF">2026-07-14T12:23:00Z</dcterms:modified>
  <cp:category/>
</cp:coreProperties>
</file>